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8AA7" w14:textId="09D70ED0" w:rsidR="000C7320" w:rsidRPr="00133D18" w:rsidRDefault="00133D18">
      <w:pPr>
        <w:spacing w:after="8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3D18">
        <w:rPr>
          <w:rFonts w:ascii="Times New Roman" w:hAnsi="Times New Roman" w:cs="Times New Roman"/>
          <w:b/>
          <w:sz w:val="24"/>
          <w:szCs w:val="24"/>
        </w:rPr>
        <w:t>HEM</w:t>
      </w:r>
      <w:r w:rsidR="0025131A" w:rsidRPr="00133D18">
        <w:rPr>
          <w:rFonts w:ascii="Times New Roman" w:hAnsi="Times New Roman" w:cs="Times New Roman"/>
          <w:b/>
          <w:sz w:val="24"/>
          <w:szCs w:val="24"/>
        </w:rPr>
        <w:t xml:space="preserve"> 401 </w:t>
      </w:r>
      <w:r w:rsidR="0075129C" w:rsidRPr="00133D18">
        <w:rPr>
          <w:rFonts w:ascii="Times New Roman" w:hAnsi="Times New Roman" w:cs="Times New Roman"/>
          <w:b/>
          <w:sz w:val="24"/>
          <w:szCs w:val="24"/>
        </w:rPr>
        <w:t>MENTAL HEALTH NURSING</w:t>
      </w:r>
    </w:p>
    <w:p w14:paraId="08E3CBA8" w14:textId="77777777" w:rsidR="0075129C" w:rsidRPr="00133D18" w:rsidRDefault="0075129C">
      <w:pPr>
        <w:spacing w:after="8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D18">
        <w:rPr>
          <w:rFonts w:ascii="Times New Roman" w:hAnsi="Times New Roman" w:cs="Times New Roman"/>
          <w:b/>
          <w:sz w:val="24"/>
          <w:szCs w:val="24"/>
        </w:rPr>
        <w:t>Report on Course Quality Assurance, Monitoring of Learning Outcomes, and Continuous Improvement</w:t>
      </w:r>
    </w:p>
    <w:p w14:paraId="763788A3" w14:textId="5B83092E" w:rsidR="000C7320" w:rsidRPr="00133D18" w:rsidRDefault="0025131A">
      <w:pPr>
        <w:spacing w:after="80" w:line="25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3D18">
        <w:rPr>
          <w:rFonts w:ascii="Times New Roman" w:hAnsi="Times New Roman" w:cs="Times New Roman"/>
          <w:b/>
          <w:bCs/>
          <w:sz w:val="24"/>
          <w:szCs w:val="24"/>
        </w:rPr>
        <w:t xml:space="preserve">2025–2026 </w:t>
      </w:r>
      <w:r w:rsidR="0075129C" w:rsidRPr="00133D18">
        <w:rPr>
          <w:rFonts w:ascii="Times New Roman" w:hAnsi="Times New Roman" w:cs="Times New Roman"/>
          <w:b/>
          <w:bCs/>
          <w:sz w:val="24"/>
          <w:szCs w:val="24"/>
        </w:rPr>
        <w:t>Spring Semester</w:t>
      </w:r>
    </w:p>
    <w:p w14:paraId="6A9CFC43" w14:textId="77777777" w:rsidR="0075129C" w:rsidRPr="00133D18" w:rsidRDefault="0025131A" w:rsidP="0075129C">
      <w:pPr>
        <w:pStyle w:val="NormalWeb"/>
        <w:rPr>
          <w:b/>
        </w:rPr>
      </w:pPr>
      <w:r w:rsidRPr="00133D18">
        <w:rPr>
          <w:b/>
        </w:rPr>
        <w:t xml:space="preserve">1. </w:t>
      </w:r>
      <w:r w:rsidR="0075129C" w:rsidRPr="00133D18">
        <w:rPr>
          <w:b/>
        </w:rPr>
        <w:t>PURPOSE</w:t>
      </w:r>
    </w:p>
    <w:p w14:paraId="543AF53A" w14:textId="13D0D4DB" w:rsidR="0075129C" w:rsidRPr="00133D18" w:rsidRDefault="0075129C" w:rsidP="0075129C">
      <w:pPr>
        <w:pStyle w:val="NormalWeb"/>
      </w:pPr>
      <w:proofErr w:type="spellStart"/>
      <w:r w:rsidRPr="00133D18">
        <w:t>This</w:t>
      </w:r>
      <w:proofErr w:type="spellEnd"/>
      <w:r w:rsidRPr="00133D18">
        <w:t xml:space="preserve"> </w:t>
      </w:r>
      <w:proofErr w:type="spellStart"/>
      <w:r w:rsidRPr="00133D18">
        <w:t>report</w:t>
      </w:r>
      <w:proofErr w:type="spellEnd"/>
      <w:r w:rsidRPr="00133D18">
        <w:t xml:space="preserve"> </w:t>
      </w:r>
      <w:proofErr w:type="spellStart"/>
      <w:r w:rsidRPr="00133D18">
        <w:t>was</w:t>
      </w:r>
      <w:proofErr w:type="spellEnd"/>
      <w:r w:rsidRPr="00133D18">
        <w:t xml:space="preserve"> </w:t>
      </w:r>
      <w:proofErr w:type="spellStart"/>
      <w:r w:rsidRPr="00133D18">
        <w:t>prepared</w:t>
      </w:r>
      <w:proofErr w:type="spellEnd"/>
      <w:r w:rsidRPr="00133D18">
        <w:t xml:space="preserve"> </w:t>
      </w:r>
      <w:proofErr w:type="spellStart"/>
      <w:r w:rsidRPr="00133D18">
        <w:t>to</w:t>
      </w:r>
      <w:proofErr w:type="spellEnd"/>
      <w:r w:rsidRPr="00133D18">
        <w:t xml:space="preserve"> </w:t>
      </w:r>
      <w:proofErr w:type="spellStart"/>
      <w:r w:rsidRPr="00133D18">
        <w:t>evaluate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r w:rsidR="00133D18" w:rsidRPr="00133D18">
        <w:t>HEM</w:t>
      </w:r>
      <w:r w:rsidRPr="00133D18">
        <w:t xml:space="preserve"> 401 </w:t>
      </w:r>
      <w:proofErr w:type="spellStart"/>
      <w:r w:rsidRPr="00133D18">
        <w:t>Mental</w:t>
      </w:r>
      <w:proofErr w:type="spellEnd"/>
      <w:r w:rsidRPr="00133D18">
        <w:t xml:space="preserve"> </w:t>
      </w:r>
      <w:proofErr w:type="spellStart"/>
      <w:r w:rsidRPr="00133D18">
        <w:t>Health</w:t>
      </w:r>
      <w:proofErr w:type="spellEnd"/>
      <w:r w:rsidRPr="00133D18">
        <w:t xml:space="preserve"> </w:t>
      </w:r>
      <w:proofErr w:type="spellStart"/>
      <w:r w:rsidRPr="00133D18">
        <w:t>Nursing</w:t>
      </w:r>
      <w:proofErr w:type="spellEnd"/>
      <w:r w:rsidRPr="00133D18">
        <w:t xml:space="preserve"> </w:t>
      </w:r>
      <w:proofErr w:type="spellStart"/>
      <w:r w:rsidRPr="00133D18">
        <w:t>course</w:t>
      </w:r>
      <w:proofErr w:type="spellEnd"/>
      <w:r w:rsidRPr="00133D18">
        <w:t xml:space="preserve"> </w:t>
      </w:r>
      <w:proofErr w:type="spellStart"/>
      <w:r w:rsidRPr="00133D18">
        <w:t>within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framework</w:t>
      </w:r>
      <w:proofErr w:type="spellEnd"/>
      <w:r w:rsidRPr="00133D18">
        <w:t xml:space="preserve"> of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quality</w:t>
      </w:r>
      <w:proofErr w:type="spellEnd"/>
      <w:r w:rsidRPr="00133D18">
        <w:t xml:space="preserve"> </w:t>
      </w:r>
      <w:proofErr w:type="spellStart"/>
      <w:r w:rsidRPr="00133D18">
        <w:t>assurance</w:t>
      </w:r>
      <w:proofErr w:type="spellEnd"/>
      <w:r w:rsidRPr="00133D18">
        <w:t xml:space="preserve"> </w:t>
      </w:r>
      <w:proofErr w:type="spellStart"/>
      <w:r w:rsidRPr="00133D18">
        <w:t>system</w:t>
      </w:r>
      <w:proofErr w:type="spellEnd"/>
      <w:r w:rsidRPr="00133D18">
        <w:t xml:space="preserve">, </w:t>
      </w:r>
      <w:proofErr w:type="spellStart"/>
      <w:r w:rsidRPr="00133D18">
        <w:t>to</w:t>
      </w:r>
      <w:proofErr w:type="spellEnd"/>
      <w:r w:rsidRPr="00133D18">
        <w:t xml:space="preserve"> </w:t>
      </w:r>
      <w:proofErr w:type="spellStart"/>
      <w:r w:rsidRPr="00133D18">
        <w:t>analyze</w:t>
      </w:r>
      <w:proofErr w:type="spellEnd"/>
      <w:r w:rsidRPr="00133D18">
        <w:t xml:space="preserve"> </w:t>
      </w:r>
      <w:proofErr w:type="spellStart"/>
      <w:r w:rsidRPr="00133D18">
        <w:t>student</w:t>
      </w:r>
      <w:proofErr w:type="spellEnd"/>
      <w:r w:rsidRPr="00133D18">
        <w:t xml:space="preserve"> </w:t>
      </w:r>
      <w:proofErr w:type="spellStart"/>
      <w:r w:rsidRPr="00133D18">
        <w:t>feedback</w:t>
      </w:r>
      <w:proofErr w:type="spellEnd"/>
      <w:r w:rsidRPr="00133D18">
        <w:t xml:space="preserve">, </w:t>
      </w:r>
      <w:proofErr w:type="spellStart"/>
      <w:r w:rsidRPr="00133D18">
        <w:t>to</w:t>
      </w:r>
      <w:proofErr w:type="spellEnd"/>
      <w:r w:rsidRPr="00133D18">
        <w:t xml:space="preserve"> </w:t>
      </w:r>
      <w:proofErr w:type="spellStart"/>
      <w:r w:rsidRPr="00133D18">
        <w:t>monitor</w:t>
      </w:r>
      <w:proofErr w:type="spellEnd"/>
      <w:r w:rsidRPr="00133D18">
        <w:t xml:space="preserve"> </w:t>
      </w:r>
      <w:proofErr w:type="spellStart"/>
      <w:r w:rsidRPr="00133D18">
        <w:t>learning</w:t>
      </w:r>
      <w:proofErr w:type="spellEnd"/>
      <w:r w:rsidRPr="00133D18">
        <w:t xml:space="preserve"> </w:t>
      </w:r>
      <w:proofErr w:type="spellStart"/>
      <w:r w:rsidRPr="00133D18">
        <w:t>outcomes</w:t>
      </w:r>
      <w:proofErr w:type="spellEnd"/>
      <w:r w:rsidRPr="00133D18">
        <w:t xml:space="preserve">,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to</w:t>
      </w:r>
      <w:proofErr w:type="spellEnd"/>
      <w:r w:rsidRPr="00133D18">
        <w:t xml:space="preserve"> </w:t>
      </w:r>
      <w:proofErr w:type="spellStart"/>
      <w:r w:rsidRPr="00133D18">
        <w:t>develop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course</w:t>
      </w:r>
      <w:proofErr w:type="spellEnd"/>
      <w:r w:rsidRPr="00133D18">
        <w:t xml:space="preserve"> in </w:t>
      </w:r>
      <w:proofErr w:type="spellStart"/>
      <w:r w:rsidRPr="00133D18">
        <w:t>accordance</w:t>
      </w:r>
      <w:proofErr w:type="spellEnd"/>
      <w:r w:rsidRPr="00133D18">
        <w:t xml:space="preserve"> </w:t>
      </w:r>
      <w:proofErr w:type="spellStart"/>
      <w:r w:rsidRPr="00133D18">
        <w:t>with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continuous</w:t>
      </w:r>
      <w:proofErr w:type="spellEnd"/>
      <w:r w:rsidRPr="00133D18">
        <w:t xml:space="preserve"> </w:t>
      </w:r>
      <w:proofErr w:type="spellStart"/>
      <w:r w:rsidRPr="00133D18">
        <w:t>improvement</w:t>
      </w:r>
      <w:proofErr w:type="spellEnd"/>
      <w:r w:rsidRPr="00133D18">
        <w:t xml:space="preserve"> (PUKÖ/PDCA) </w:t>
      </w:r>
      <w:proofErr w:type="spellStart"/>
      <w:r w:rsidRPr="00133D18">
        <w:t>cycle</w:t>
      </w:r>
      <w:proofErr w:type="spellEnd"/>
      <w:r w:rsidRPr="00133D18">
        <w:t>.</w:t>
      </w:r>
    </w:p>
    <w:p w14:paraId="41E8C2A7" w14:textId="065D3D60" w:rsidR="000C7320" w:rsidRPr="00133D18" w:rsidRDefault="0025131A" w:rsidP="0075129C">
      <w:pPr>
        <w:pStyle w:val="NormalWeb"/>
      </w:pPr>
      <w:r w:rsidRPr="00133D18">
        <w:rPr>
          <w:b/>
        </w:rPr>
        <w:t xml:space="preserve">2. </w:t>
      </w:r>
      <w:r w:rsidR="0075129C" w:rsidRPr="00133D18">
        <w:rPr>
          <w:b/>
        </w:rPr>
        <w:t>SCOPE AND DATA SOURCES</w:t>
      </w:r>
    </w:p>
    <w:p w14:paraId="22830FFC" w14:textId="77777777" w:rsidR="0075129C" w:rsidRPr="00133D18" w:rsidRDefault="0075129C" w:rsidP="0075129C">
      <w:pPr>
        <w:pStyle w:val="NormalWeb"/>
      </w:pP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evaluation</w:t>
      </w:r>
      <w:proofErr w:type="spellEnd"/>
      <w:r w:rsidRPr="00133D18">
        <w:t xml:space="preserve"> </w:t>
      </w:r>
      <w:proofErr w:type="spellStart"/>
      <w:r w:rsidRPr="00133D18">
        <w:t>process</w:t>
      </w:r>
      <w:proofErr w:type="spellEnd"/>
      <w:r w:rsidRPr="00133D18">
        <w:t xml:space="preserve"> </w:t>
      </w:r>
      <w:proofErr w:type="spellStart"/>
      <w:r w:rsidRPr="00133D18">
        <w:t>covers</w:t>
      </w:r>
      <w:proofErr w:type="spellEnd"/>
      <w:r w:rsidRPr="00133D18">
        <w:t xml:space="preserve"> </w:t>
      </w:r>
      <w:proofErr w:type="spellStart"/>
      <w:r w:rsidRPr="00133D18">
        <w:t>students</w:t>
      </w:r>
      <w:proofErr w:type="spellEnd"/>
      <w:r w:rsidRPr="00133D18">
        <w:t xml:space="preserve"> </w:t>
      </w:r>
      <w:proofErr w:type="spellStart"/>
      <w:r w:rsidRPr="00133D18">
        <w:t>who</w:t>
      </w:r>
      <w:proofErr w:type="spellEnd"/>
      <w:r w:rsidRPr="00133D18">
        <w:t xml:space="preserve"> </w:t>
      </w:r>
      <w:proofErr w:type="spellStart"/>
      <w:r w:rsidRPr="00133D18">
        <w:t>took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course</w:t>
      </w:r>
      <w:proofErr w:type="spellEnd"/>
      <w:r w:rsidRPr="00133D18">
        <w:t xml:space="preserve"> </w:t>
      </w:r>
      <w:proofErr w:type="spellStart"/>
      <w:r w:rsidRPr="00133D18">
        <w:t>during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Spring 2025–2026 </w:t>
      </w:r>
      <w:proofErr w:type="spellStart"/>
      <w:r w:rsidRPr="00133D18">
        <w:t>semester</w:t>
      </w:r>
      <w:proofErr w:type="spellEnd"/>
      <w:r w:rsidRPr="00133D18">
        <w:t>.</w:t>
      </w:r>
    </w:p>
    <w:p w14:paraId="68627B51" w14:textId="77777777" w:rsidR="0075129C" w:rsidRPr="00133D18" w:rsidRDefault="0075129C" w:rsidP="0075129C">
      <w:pPr>
        <w:pStyle w:val="NormalWeb"/>
      </w:pPr>
      <w:r w:rsidRPr="00133D18">
        <w:t xml:space="preserve">Data </w:t>
      </w:r>
      <w:proofErr w:type="spellStart"/>
      <w:r w:rsidRPr="00133D18">
        <w:t>sources</w:t>
      </w:r>
      <w:proofErr w:type="spellEnd"/>
      <w:r w:rsidRPr="00133D18">
        <w:t>:</w:t>
      </w:r>
    </w:p>
    <w:p w14:paraId="1ABAF310" w14:textId="6FA30911" w:rsidR="0075129C" w:rsidRPr="00133D18" w:rsidRDefault="0075129C" w:rsidP="0075129C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Course Evaluation Survey (n=100)</w:t>
      </w:r>
    </w:p>
    <w:p w14:paraId="245E9719" w14:textId="3CE4D4DC" w:rsidR="0075129C" w:rsidRPr="00133D18" w:rsidRDefault="0075129C" w:rsidP="0075129C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 xml:space="preserve"> Learning Outcomes Achievement Level Form (n=93)</w:t>
      </w:r>
    </w:p>
    <w:p w14:paraId="775E7784" w14:textId="77777777" w:rsidR="0075129C" w:rsidRPr="00133D18" w:rsidRDefault="0075129C" w:rsidP="0075129C">
      <w:pPr>
        <w:pStyle w:val="ListeMaddemi"/>
        <w:numPr>
          <w:ilvl w:val="0"/>
          <w:numId w:val="0"/>
        </w:numPr>
        <w:ind w:left="360"/>
        <w:rPr>
          <w:rFonts w:ascii="Times New Roman" w:hAnsi="Times New Roman" w:cs="Times New Roman"/>
        </w:rPr>
      </w:pPr>
    </w:p>
    <w:p w14:paraId="6BE9C6E9" w14:textId="14395AD6" w:rsidR="0075129C" w:rsidRPr="00133D18" w:rsidRDefault="0075129C" w:rsidP="0075129C">
      <w:pPr>
        <w:pStyle w:val="ListeMaddemi"/>
        <w:numPr>
          <w:ilvl w:val="0"/>
          <w:numId w:val="0"/>
        </w:numPr>
        <w:ind w:left="360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The data were analyzed as quantitative (scaled data) and qualitative (open-ended responses).</w:t>
      </w:r>
    </w:p>
    <w:p w14:paraId="0F86590E" w14:textId="77777777" w:rsidR="0075129C" w:rsidRPr="00133D18" w:rsidRDefault="0025131A" w:rsidP="0075129C">
      <w:pPr>
        <w:pStyle w:val="NormalWeb"/>
      </w:pPr>
      <w:r w:rsidRPr="00133D18">
        <w:rPr>
          <w:b/>
        </w:rPr>
        <w:t xml:space="preserve">3. </w:t>
      </w:r>
      <w:r w:rsidR="0075129C" w:rsidRPr="00133D18">
        <w:rPr>
          <w:b/>
        </w:rPr>
        <w:t>METHOD</w:t>
      </w:r>
    </w:p>
    <w:p w14:paraId="5343B960" w14:textId="77777777" w:rsidR="0075129C" w:rsidRPr="00133D18" w:rsidRDefault="0075129C" w:rsidP="0075129C">
      <w:pPr>
        <w:pStyle w:val="ListeMaddemi"/>
        <w:numPr>
          <w:ilvl w:val="0"/>
          <w:numId w:val="0"/>
        </w:numPr>
        <w:ind w:left="360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The study was conducted using a mixed-methods approach:</w:t>
      </w:r>
    </w:p>
    <w:p w14:paraId="16F1C458" w14:textId="6BEC2AD4" w:rsidR="00C82D35" w:rsidRPr="00133D18" w:rsidRDefault="00C82D35" w:rsidP="00C82D35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Quantitative analysis: mean, standard deviation, and distribution analyses</w:t>
      </w:r>
    </w:p>
    <w:p w14:paraId="030CE8BC" w14:textId="2D408D77" w:rsidR="00C82D35" w:rsidRPr="00133D18" w:rsidRDefault="00C82D35" w:rsidP="00C82D35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Qualitative analysis: thematic analysis (coding and theme identification)</w:t>
      </w:r>
    </w:p>
    <w:p w14:paraId="3BAACD5E" w14:textId="58AD06E1" w:rsidR="00C82D35" w:rsidRPr="00133D18" w:rsidRDefault="00C82D35" w:rsidP="00C82D35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Quality approach: continuous improvement (PUKÖ / PDCA)</w:t>
      </w:r>
    </w:p>
    <w:p w14:paraId="4EDA31B0" w14:textId="47AA4D4A" w:rsidR="000C7320" w:rsidRPr="00133D18" w:rsidRDefault="0025131A" w:rsidP="00C82D35">
      <w:pPr>
        <w:pStyle w:val="NormalWeb"/>
      </w:pPr>
      <w:r w:rsidRPr="00133D18">
        <w:rPr>
          <w:b/>
        </w:rPr>
        <w:t xml:space="preserve">4. </w:t>
      </w:r>
      <w:r w:rsidR="00C82D35" w:rsidRPr="00133D18">
        <w:rPr>
          <w:b/>
        </w:rPr>
        <w:t>CONTINUOUS IMPROVEMENT (PUKÖ / PDCA)</w:t>
      </w:r>
    </w:p>
    <w:p w14:paraId="22A974E6" w14:textId="77777777" w:rsidR="00C82D35" w:rsidRPr="00133D18" w:rsidRDefault="00C82D35" w:rsidP="00C82D35">
      <w:pPr>
        <w:pStyle w:val="ListeMaddemi"/>
        <w:numPr>
          <w:ilvl w:val="0"/>
          <w:numId w:val="0"/>
        </w:numPr>
        <w:ind w:left="360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The course was conducted as part of the quality assurance process using the following cycle:</w:t>
      </w:r>
    </w:p>
    <w:p w14:paraId="787C2D36" w14:textId="387E73A5" w:rsidR="00C82D35" w:rsidRPr="00133D18" w:rsidRDefault="00C82D35" w:rsidP="00C82D35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Plan: Learning outcomes and assessment processes have been defined</w:t>
      </w:r>
    </w:p>
    <w:p w14:paraId="0A74A011" w14:textId="6BA75741" w:rsidR="00C82D35" w:rsidRPr="00133D18" w:rsidRDefault="00C82D35" w:rsidP="00C82D35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Practical Application: The course was conducted through theoretical instruction, clinical/practical examples, and student interaction</w:t>
      </w:r>
    </w:p>
    <w:p w14:paraId="564B9BF9" w14:textId="0940B8C4" w:rsidR="00C82D35" w:rsidRPr="00133D18" w:rsidRDefault="00C82D35" w:rsidP="00C82D35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Check: Student surveys and learning outcomes were analyzed</w:t>
      </w:r>
    </w:p>
    <w:p w14:paraId="24E47F8C" w14:textId="7D1AC807" w:rsidR="00C82D35" w:rsidRPr="00133D18" w:rsidRDefault="00C82D35" w:rsidP="00C82D35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Take Action: Improvement plans have been developed for class duration, practical exercises, case studies, feedback, and assessment processes</w:t>
      </w:r>
    </w:p>
    <w:p w14:paraId="0C19A6B8" w14:textId="77777777" w:rsidR="008D1AC6" w:rsidRPr="00133D18" w:rsidRDefault="008D1AC6" w:rsidP="00C82D35">
      <w:pPr>
        <w:pStyle w:val="NormalWeb"/>
        <w:rPr>
          <w:b/>
        </w:rPr>
      </w:pPr>
    </w:p>
    <w:p w14:paraId="3AAAD82A" w14:textId="77777777" w:rsidR="008D1AC6" w:rsidRPr="00133D18" w:rsidRDefault="008D1AC6" w:rsidP="00C82D35">
      <w:pPr>
        <w:pStyle w:val="NormalWeb"/>
        <w:rPr>
          <w:b/>
        </w:rPr>
      </w:pPr>
    </w:p>
    <w:p w14:paraId="3DE0F0AD" w14:textId="2B7A81B4" w:rsidR="000C7320" w:rsidRPr="00133D18" w:rsidRDefault="0025131A" w:rsidP="00481757">
      <w:pPr>
        <w:pStyle w:val="NormalWeb"/>
        <w:rPr>
          <w:b/>
        </w:rPr>
      </w:pPr>
      <w:r w:rsidRPr="00133D18">
        <w:rPr>
          <w:b/>
        </w:rPr>
        <w:t xml:space="preserve">5. </w:t>
      </w:r>
      <w:r w:rsidR="00C82D35" w:rsidRPr="00133D18">
        <w:rPr>
          <w:b/>
        </w:rPr>
        <w:t>FINDINGS</w:t>
      </w:r>
    </w:p>
    <w:p w14:paraId="797DE29A" w14:textId="5616775D" w:rsidR="000C7320" w:rsidRPr="00133D18" w:rsidRDefault="0025131A" w:rsidP="00C82D35">
      <w:pPr>
        <w:pStyle w:val="NormalWeb"/>
      </w:pPr>
      <w:r w:rsidRPr="00133D18">
        <w:rPr>
          <w:b/>
        </w:rPr>
        <w:lastRenderedPageBreak/>
        <w:t xml:space="preserve">5.1 </w:t>
      </w:r>
      <w:r w:rsidR="00C82D35" w:rsidRPr="00133D18">
        <w:rPr>
          <w:b/>
        </w:rPr>
        <w:t xml:space="preserve">Course Evaluation </w:t>
      </w:r>
      <w:proofErr w:type="spellStart"/>
      <w:r w:rsidR="00C82D35" w:rsidRPr="00133D18">
        <w:rPr>
          <w:b/>
        </w:rPr>
        <w:t>Results</w:t>
      </w:r>
      <w:proofErr w:type="spellEnd"/>
    </w:p>
    <w:p w14:paraId="7CB7CBEF" w14:textId="77777777" w:rsidR="00C82D35" w:rsidRPr="00133D18" w:rsidRDefault="00C82D35" w:rsidP="00C82D35">
      <w:pPr>
        <w:pStyle w:val="NormalWeb"/>
      </w:pPr>
      <w:proofErr w:type="spellStart"/>
      <w:r w:rsidRPr="00133D18">
        <w:t>Students</w:t>
      </w:r>
      <w:proofErr w:type="spellEnd"/>
      <w:r w:rsidRPr="00133D18">
        <w:t xml:space="preserve"> </w:t>
      </w:r>
      <w:proofErr w:type="spellStart"/>
      <w:r w:rsidRPr="00133D18">
        <w:t>rated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course</w:t>
      </w:r>
      <w:proofErr w:type="spellEnd"/>
      <w:r w:rsidRPr="00133D18">
        <w:t xml:space="preserve"> </w:t>
      </w:r>
      <w:proofErr w:type="spellStart"/>
      <w:r w:rsidRPr="00133D18">
        <w:t>overall</w:t>
      </w:r>
      <w:proofErr w:type="spellEnd"/>
      <w:r w:rsidRPr="00133D18">
        <w:t xml:space="preserve"> </w:t>
      </w:r>
      <w:proofErr w:type="spellStart"/>
      <w:r w:rsidRPr="00133D18">
        <w:t>very</w:t>
      </w:r>
      <w:proofErr w:type="spellEnd"/>
      <w:r w:rsidRPr="00133D18">
        <w:t xml:space="preserve"> </w:t>
      </w:r>
      <w:proofErr w:type="spellStart"/>
      <w:r w:rsidRPr="00133D18">
        <w:t>positively</w:t>
      </w:r>
      <w:proofErr w:type="spellEnd"/>
      <w:r w:rsidRPr="00133D18">
        <w:t>.</w:t>
      </w:r>
    </w:p>
    <w:p w14:paraId="4DC3854A" w14:textId="60DD57D3" w:rsidR="00C82D35" w:rsidRPr="00133D18" w:rsidRDefault="00C82D35" w:rsidP="00C82D35">
      <w:pPr>
        <w:pStyle w:val="NormalWeb"/>
      </w:pPr>
      <w:proofErr w:type="spellStart"/>
      <w:r w:rsidRPr="00133D18">
        <w:t>Key</w:t>
      </w:r>
      <w:proofErr w:type="spellEnd"/>
      <w:r w:rsidRPr="00133D18">
        <w:t xml:space="preserve"> </w:t>
      </w:r>
      <w:proofErr w:type="spellStart"/>
      <w:r w:rsidRPr="00133D18">
        <w:t>points</w:t>
      </w:r>
      <w:proofErr w:type="spellEnd"/>
      <w:r w:rsidRPr="00133D18">
        <w:t>:</w:t>
      </w:r>
    </w:p>
    <w:p w14:paraId="4E3E9F9B" w14:textId="77777777" w:rsidR="00C82D35" w:rsidRPr="00133D18" w:rsidRDefault="00C82D35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133D18">
        <w:rPr>
          <w:rFonts w:ascii="Times New Roman" w:hAnsi="Times New Roman" w:cs="Times New Roman"/>
          <w:sz w:val="24"/>
          <w:szCs w:val="24"/>
        </w:rPr>
        <w:t>I think the instructor provided satisfactory answers to our questions about the course. (4.84 ± 0.44)</w:t>
      </w:r>
    </w:p>
    <w:p w14:paraId="6F2A0EC1" w14:textId="2F96D4B9" w:rsidR="00C82D35" w:rsidRPr="00133D18" w:rsidRDefault="00C82D35" w:rsidP="00C82D35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I believe that the instructor provides guidance to students who wish to improve their skills in the course (4.82 ± 0.48)</w:t>
      </w:r>
    </w:p>
    <w:p w14:paraId="74BBE197" w14:textId="77777777" w:rsidR="00C82D35" w:rsidRPr="00133D18" w:rsidRDefault="00C82D35">
      <w:pPr>
        <w:pStyle w:val="ListeMaddemi"/>
        <w:spacing w:after="20" w:line="252" w:lineRule="auto"/>
        <w:rPr>
          <w:rFonts w:ascii="Times New Roman" w:hAnsi="Times New Roman" w:cs="Times New Roman"/>
          <w:sz w:val="24"/>
          <w:szCs w:val="24"/>
        </w:rPr>
      </w:pPr>
      <w:r w:rsidRPr="00133D18">
        <w:rPr>
          <w:rFonts w:ascii="Times New Roman" w:hAnsi="Times New Roman" w:cs="Times New Roman"/>
          <w:sz w:val="24"/>
          <w:szCs w:val="24"/>
        </w:rPr>
        <w:t>I believe that the instructor grades exams objectively. (4.82 ± 0.48)</w:t>
      </w:r>
    </w:p>
    <w:p w14:paraId="578DA7FB" w14:textId="6A1E8EAF" w:rsidR="00C82D35" w:rsidRPr="00133D18" w:rsidRDefault="00C82D35" w:rsidP="00C82D35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I think the instructor treats students with respect. (4.81 ± 0.54)</w:t>
      </w:r>
    </w:p>
    <w:p w14:paraId="67FCF5EA" w14:textId="2154F734" w:rsidR="00C82D35" w:rsidRPr="00133D18" w:rsidRDefault="00C82D35" w:rsidP="00C82D35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Overall evaluation score: 112.72 ± 11.49</w:t>
      </w:r>
    </w:p>
    <w:p w14:paraId="4047E6AC" w14:textId="77777777" w:rsidR="00C82D35" w:rsidRPr="00133D18" w:rsidRDefault="00C82D35" w:rsidP="00C82D35">
      <w:pPr>
        <w:pStyle w:val="ListeMaddemi"/>
        <w:numPr>
          <w:ilvl w:val="0"/>
          <w:numId w:val="0"/>
        </w:numPr>
        <w:spacing w:after="20" w:line="252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08E0B56" w14:textId="7167D14D" w:rsidR="005411C0" w:rsidRPr="00133D18" w:rsidRDefault="00C82D35" w:rsidP="005411C0">
      <w:pPr>
        <w:pStyle w:val="ListeMaddemi"/>
        <w:numPr>
          <w:ilvl w:val="0"/>
          <w:numId w:val="0"/>
        </w:numPr>
        <w:spacing w:after="20" w:line="252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33D18">
        <w:rPr>
          <w:rFonts w:ascii="Times New Roman" w:hAnsi="Times New Roman" w:cs="Times New Roman"/>
          <w:sz w:val="24"/>
          <w:szCs w:val="24"/>
        </w:rPr>
        <w:t>Headings with low averages that appear to have room for improvement:</w:t>
      </w:r>
    </w:p>
    <w:p w14:paraId="49254E97" w14:textId="6BD5A873" w:rsidR="005411C0" w:rsidRPr="00133D18" w:rsidRDefault="005411C0" w:rsidP="005411C0">
      <w:pPr>
        <w:pStyle w:val="NormalWeb"/>
        <w:numPr>
          <w:ilvl w:val="0"/>
          <w:numId w:val="10"/>
        </w:numPr>
      </w:pPr>
      <w:r w:rsidRPr="00133D18">
        <w:t xml:space="preserve">I </w:t>
      </w:r>
      <w:proofErr w:type="spellStart"/>
      <w:r w:rsidRPr="00133D18">
        <w:t>think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exam</w:t>
      </w:r>
      <w:proofErr w:type="spellEnd"/>
      <w:r w:rsidRPr="00133D18">
        <w:t xml:space="preserve"> </w:t>
      </w:r>
      <w:proofErr w:type="spellStart"/>
      <w:r w:rsidRPr="00133D18">
        <w:t>questions</w:t>
      </w:r>
      <w:proofErr w:type="spellEnd"/>
      <w:r w:rsidRPr="00133D18">
        <w:t xml:space="preserve"> </w:t>
      </w:r>
      <w:proofErr w:type="spellStart"/>
      <w:r w:rsidRPr="00133D18">
        <w:t>were</w:t>
      </w:r>
      <w:proofErr w:type="spellEnd"/>
      <w:r w:rsidRPr="00133D18">
        <w:t xml:space="preserve"> </w:t>
      </w:r>
      <w:proofErr w:type="spellStart"/>
      <w:r w:rsidRPr="00133D18">
        <w:t>based</w:t>
      </w:r>
      <w:proofErr w:type="spellEnd"/>
      <w:r w:rsidRPr="00133D18">
        <w:t xml:space="preserve"> on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topics</w:t>
      </w:r>
      <w:proofErr w:type="spellEnd"/>
      <w:r w:rsidRPr="00133D18">
        <w:t xml:space="preserve"> </w:t>
      </w:r>
      <w:proofErr w:type="spellStart"/>
      <w:r w:rsidRPr="00133D18">
        <w:t>covered</w:t>
      </w:r>
      <w:proofErr w:type="spellEnd"/>
      <w:r w:rsidRPr="00133D18">
        <w:t xml:space="preserve"> in </w:t>
      </w:r>
      <w:proofErr w:type="spellStart"/>
      <w:r w:rsidRPr="00133D18">
        <w:t>class</w:t>
      </w:r>
      <w:proofErr w:type="spellEnd"/>
      <w:r w:rsidRPr="00133D18">
        <w:t xml:space="preserve"> (4.11 ± 1.22)</w:t>
      </w:r>
    </w:p>
    <w:p w14:paraId="3744C741" w14:textId="0EDDBE2E" w:rsidR="005411C0" w:rsidRPr="00133D18" w:rsidRDefault="005411C0" w:rsidP="005411C0">
      <w:pPr>
        <w:pStyle w:val="NormalWeb"/>
        <w:numPr>
          <w:ilvl w:val="0"/>
          <w:numId w:val="10"/>
        </w:numPr>
      </w:pPr>
      <w:proofErr w:type="spellStart"/>
      <w:r w:rsidRPr="00133D18">
        <w:t>This</w:t>
      </w:r>
      <w:proofErr w:type="spellEnd"/>
      <w:r w:rsidRPr="00133D18">
        <w:t xml:space="preserve"> </w:t>
      </w:r>
      <w:proofErr w:type="spellStart"/>
      <w:r w:rsidRPr="00133D18">
        <w:t>course</w:t>
      </w:r>
      <w:proofErr w:type="spellEnd"/>
      <w:r w:rsidRPr="00133D18">
        <w:t xml:space="preserve"> has </w:t>
      </w:r>
      <w:proofErr w:type="spellStart"/>
      <w:r w:rsidRPr="00133D18">
        <w:t>increased</w:t>
      </w:r>
      <w:proofErr w:type="spellEnd"/>
      <w:r w:rsidRPr="00133D18">
        <w:t xml:space="preserve"> </w:t>
      </w:r>
      <w:proofErr w:type="spellStart"/>
      <w:r w:rsidRPr="00133D18">
        <w:t>my</w:t>
      </w:r>
      <w:proofErr w:type="spellEnd"/>
      <w:r w:rsidRPr="00133D18">
        <w:t xml:space="preserve"> </w:t>
      </w:r>
      <w:proofErr w:type="spellStart"/>
      <w:r w:rsidRPr="00133D18">
        <w:t>interest</w:t>
      </w:r>
      <w:proofErr w:type="spellEnd"/>
      <w:r w:rsidRPr="00133D18">
        <w:t xml:space="preserve"> in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field</w:t>
      </w:r>
      <w:proofErr w:type="spellEnd"/>
      <w:r w:rsidRPr="00133D18">
        <w:t>. (4.59 ± 0.73)</w:t>
      </w:r>
    </w:p>
    <w:p w14:paraId="7115B468" w14:textId="2A9710D9" w:rsidR="005411C0" w:rsidRPr="00133D18" w:rsidRDefault="005411C0" w:rsidP="005411C0">
      <w:pPr>
        <w:pStyle w:val="NormalWeb"/>
        <w:numPr>
          <w:ilvl w:val="0"/>
          <w:numId w:val="10"/>
        </w:numPr>
      </w:pPr>
      <w:r w:rsidRPr="00133D18">
        <w:t xml:space="preserve">I </w:t>
      </w:r>
      <w:proofErr w:type="spellStart"/>
      <w:r w:rsidRPr="00133D18">
        <w:t>think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exam</w:t>
      </w:r>
      <w:proofErr w:type="spellEnd"/>
      <w:r w:rsidRPr="00133D18">
        <w:t xml:space="preserve"> </w:t>
      </w:r>
      <w:proofErr w:type="spellStart"/>
      <w:r w:rsidRPr="00133D18">
        <w:t>questions</w:t>
      </w:r>
      <w:proofErr w:type="spellEnd"/>
      <w:r w:rsidRPr="00133D18">
        <w:t xml:space="preserve"> </w:t>
      </w:r>
      <w:proofErr w:type="spellStart"/>
      <w:r w:rsidRPr="00133D18">
        <w:t>were</w:t>
      </w:r>
      <w:proofErr w:type="spellEnd"/>
      <w:r w:rsidRPr="00133D18">
        <w:t xml:space="preserve"> </w:t>
      </w:r>
      <w:proofErr w:type="spellStart"/>
      <w:r w:rsidRPr="00133D18">
        <w:t>evenly</w:t>
      </w:r>
      <w:proofErr w:type="spellEnd"/>
      <w:r w:rsidRPr="00133D18">
        <w:t xml:space="preserve"> </w:t>
      </w:r>
      <w:proofErr w:type="spellStart"/>
      <w:r w:rsidRPr="00133D18">
        <w:t>distributed</w:t>
      </w:r>
      <w:proofErr w:type="spellEnd"/>
      <w:r w:rsidRPr="00133D18">
        <w:t xml:space="preserve"> </w:t>
      </w:r>
      <w:proofErr w:type="spellStart"/>
      <w:r w:rsidRPr="00133D18">
        <w:t>across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topics</w:t>
      </w:r>
      <w:proofErr w:type="spellEnd"/>
      <w:r w:rsidRPr="00133D18">
        <w:t xml:space="preserve"> </w:t>
      </w:r>
      <w:proofErr w:type="spellStart"/>
      <w:r w:rsidRPr="00133D18">
        <w:t>covered</w:t>
      </w:r>
      <w:proofErr w:type="spellEnd"/>
      <w:r w:rsidRPr="00133D18">
        <w:t xml:space="preserve"> in </w:t>
      </w:r>
      <w:proofErr w:type="spellStart"/>
      <w:r w:rsidRPr="00133D18">
        <w:t>class</w:t>
      </w:r>
      <w:proofErr w:type="spellEnd"/>
      <w:r w:rsidRPr="00133D18">
        <w:t xml:space="preserve"> (4.61 ± 0.79)</w:t>
      </w:r>
    </w:p>
    <w:p w14:paraId="0A5A7E7D" w14:textId="77777777" w:rsidR="005411C0" w:rsidRPr="00133D18" w:rsidRDefault="0025131A" w:rsidP="005411C0">
      <w:pPr>
        <w:pStyle w:val="NormalWeb"/>
      </w:pPr>
      <w:r w:rsidRPr="00133D18">
        <w:rPr>
          <w:b/>
        </w:rPr>
        <w:t xml:space="preserve">5.2 </w:t>
      </w:r>
      <w:r w:rsidR="005411C0" w:rsidRPr="00133D18">
        <w:rPr>
          <w:b/>
        </w:rPr>
        <w:t xml:space="preserve">Learning </w:t>
      </w:r>
      <w:proofErr w:type="spellStart"/>
      <w:r w:rsidR="005411C0" w:rsidRPr="00133D18">
        <w:rPr>
          <w:b/>
        </w:rPr>
        <w:t>Outcomes</w:t>
      </w:r>
      <w:proofErr w:type="spellEnd"/>
    </w:p>
    <w:p w14:paraId="36790F4D" w14:textId="77777777" w:rsidR="005411C0" w:rsidRPr="00133D18" w:rsidRDefault="005411C0" w:rsidP="005411C0">
      <w:pPr>
        <w:pStyle w:val="NormalWeb"/>
      </w:pPr>
      <w:proofErr w:type="spellStart"/>
      <w:r w:rsidRPr="00133D18">
        <w:t>It</w:t>
      </w:r>
      <w:proofErr w:type="spellEnd"/>
      <w:r w:rsidRPr="00133D18">
        <w:t xml:space="preserve"> has </w:t>
      </w:r>
      <w:proofErr w:type="spellStart"/>
      <w:r w:rsidRPr="00133D18">
        <w:t>been</w:t>
      </w:r>
      <w:proofErr w:type="spellEnd"/>
      <w:r w:rsidRPr="00133D18">
        <w:t xml:space="preserve"> </w:t>
      </w:r>
      <w:proofErr w:type="spellStart"/>
      <w:r w:rsidRPr="00133D18">
        <w:t>determined</w:t>
      </w:r>
      <w:proofErr w:type="spellEnd"/>
      <w:r w:rsidRPr="00133D18">
        <w:t xml:space="preserve"> </w:t>
      </w:r>
      <w:proofErr w:type="spellStart"/>
      <w:r w:rsidRPr="00133D18">
        <w:t>that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course</w:t>
      </w:r>
      <w:proofErr w:type="spellEnd"/>
      <w:r w:rsidRPr="00133D18">
        <w:t xml:space="preserve"> </w:t>
      </w:r>
      <w:proofErr w:type="spellStart"/>
      <w:r w:rsidRPr="00133D18">
        <w:t>learning</w:t>
      </w:r>
      <w:proofErr w:type="spellEnd"/>
      <w:r w:rsidRPr="00133D18">
        <w:t xml:space="preserve"> </w:t>
      </w:r>
      <w:proofErr w:type="spellStart"/>
      <w:r w:rsidRPr="00133D18">
        <w:t>outcomes</w:t>
      </w:r>
      <w:proofErr w:type="spellEnd"/>
      <w:r w:rsidRPr="00133D18">
        <w:t xml:space="preserve"> </w:t>
      </w:r>
      <w:proofErr w:type="spellStart"/>
      <w:r w:rsidRPr="00133D18">
        <w:t>align</w:t>
      </w:r>
      <w:proofErr w:type="spellEnd"/>
      <w:r w:rsidRPr="00133D18">
        <w:t xml:space="preserve"> </w:t>
      </w:r>
      <w:proofErr w:type="spellStart"/>
      <w:r w:rsidRPr="00133D18">
        <w:t>with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program </w:t>
      </w:r>
      <w:proofErr w:type="spellStart"/>
      <w:r w:rsidRPr="00133D18">
        <w:t>competencies</w:t>
      </w:r>
      <w:proofErr w:type="spellEnd"/>
      <w:r w:rsidRPr="00133D18">
        <w:t xml:space="preserve">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that</w:t>
      </w:r>
      <w:proofErr w:type="spellEnd"/>
      <w:r w:rsidRPr="00133D18">
        <w:t xml:space="preserve"> </w:t>
      </w:r>
      <w:proofErr w:type="spellStart"/>
      <w:r w:rsidRPr="00133D18">
        <w:t>students</w:t>
      </w:r>
      <w:proofErr w:type="spellEnd"/>
      <w:r w:rsidRPr="00133D18">
        <w:t xml:space="preserve"> </w:t>
      </w:r>
      <w:proofErr w:type="spellStart"/>
      <w:r w:rsidRPr="00133D18">
        <w:t>have</w:t>
      </w:r>
      <w:proofErr w:type="spellEnd"/>
      <w:r w:rsidRPr="00133D18">
        <w:t xml:space="preserve"> </w:t>
      </w:r>
      <w:proofErr w:type="spellStart"/>
      <w:r w:rsidRPr="00133D18">
        <w:t>achieved</w:t>
      </w:r>
      <w:proofErr w:type="spellEnd"/>
      <w:r w:rsidRPr="00133D18">
        <w:t xml:space="preserve"> a </w:t>
      </w:r>
      <w:proofErr w:type="spellStart"/>
      <w:r w:rsidRPr="00133D18">
        <w:t>high</w:t>
      </w:r>
      <w:proofErr w:type="spellEnd"/>
      <w:r w:rsidRPr="00133D18">
        <w:t xml:space="preserve"> </w:t>
      </w:r>
      <w:proofErr w:type="spellStart"/>
      <w:r w:rsidRPr="00133D18">
        <w:t>level</w:t>
      </w:r>
      <w:proofErr w:type="spellEnd"/>
      <w:r w:rsidRPr="00133D18">
        <w:t xml:space="preserve"> of </w:t>
      </w:r>
      <w:proofErr w:type="spellStart"/>
      <w:r w:rsidRPr="00133D18">
        <w:t>proficiency</w:t>
      </w:r>
      <w:proofErr w:type="spellEnd"/>
      <w:r w:rsidRPr="00133D18">
        <w:t xml:space="preserve"> in </w:t>
      </w:r>
      <w:proofErr w:type="spellStart"/>
      <w:r w:rsidRPr="00133D18">
        <w:t>all</w:t>
      </w:r>
      <w:proofErr w:type="spellEnd"/>
      <w:r w:rsidRPr="00133D18">
        <w:t xml:space="preserve"> </w:t>
      </w:r>
      <w:proofErr w:type="spellStart"/>
      <w:r w:rsidRPr="00133D18">
        <w:t>outcomes</w:t>
      </w:r>
      <w:proofErr w:type="spellEnd"/>
      <w:r w:rsidRPr="00133D18">
        <w:t>.</w:t>
      </w:r>
    </w:p>
    <w:p w14:paraId="5D4CDB4E" w14:textId="77777777" w:rsidR="005411C0" w:rsidRPr="00133D18" w:rsidRDefault="005411C0" w:rsidP="005411C0">
      <w:pPr>
        <w:pStyle w:val="NormalWeb"/>
      </w:pP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average</w:t>
      </w:r>
      <w:proofErr w:type="spellEnd"/>
      <w:r w:rsidRPr="00133D18">
        <w:t xml:space="preserve"> </w:t>
      </w:r>
      <w:proofErr w:type="spellStart"/>
      <w:r w:rsidRPr="00133D18">
        <w:t>scores</w:t>
      </w:r>
      <w:proofErr w:type="spellEnd"/>
      <w:r w:rsidRPr="00133D18">
        <w:t xml:space="preserve"> </w:t>
      </w:r>
      <w:proofErr w:type="spellStart"/>
      <w:r w:rsidRPr="00133D18">
        <w:t>for</w:t>
      </w:r>
      <w:proofErr w:type="spellEnd"/>
      <w:r w:rsidRPr="00133D18">
        <w:t xml:space="preserve"> </w:t>
      </w:r>
      <w:proofErr w:type="spellStart"/>
      <w:r w:rsidRPr="00133D18">
        <w:t>learning</w:t>
      </w:r>
      <w:proofErr w:type="spellEnd"/>
      <w:r w:rsidRPr="00133D18">
        <w:t xml:space="preserve"> </w:t>
      </w:r>
      <w:proofErr w:type="spellStart"/>
      <w:r w:rsidRPr="00133D18">
        <w:t>outcomes</w:t>
      </w:r>
      <w:proofErr w:type="spellEnd"/>
      <w:r w:rsidRPr="00133D18">
        <w:t xml:space="preserve"> </w:t>
      </w:r>
      <w:proofErr w:type="spellStart"/>
      <w:r w:rsidRPr="00133D18">
        <w:t>range</w:t>
      </w:r>
      <w:proofErr w:type="spellEnd"/>
      <w:r w:rsidRPr="00133D18">
        <w:t xml:space="preserve"> </w:t>
      </w:r>
      <w:proofErr w:type="spellStart"/>
      <w:r w:rsidRPr="00133D18">
        <w:t>from</w:t>
      </w:r>
      <w:proofErr w:type="spellEnd"/>
      <w:r w:rsidRPr="00133D18">
        <w:t xml:space="preserve"> 2.73 </w:t>
      </w:r>
      <w:proofErr w:type="spellStart"/>
      <w:r w:rsidRPr="00133D18">
        <w:t>to</w:t>
      </w:r>
      <w:proofErr w:type="spellEnd"/>
      <w:r w:rsidRPr="00133D18">
        <w:t xml:space="preserve"> 2.81.</w:t>
      </w:r>
    </w:p>
    <w:p w14:paraId="7F71979F" w14:textId="43D2B9D4" w:rsidR="005411C0" w:rsidRPr="00133D18" w:rsidRDefault="005411C0" w:rsidP="005411C0">
      <w:pPr>
        <w:pStyle w:val="NormalWeb"/>
      </w:pPr>
      <w:proofErr w:type="spellStart"/>
      <w:r w:rsidRPr="00133D18">
        <w:t>Highest</w:t>
      </w:r>
      <w:proofErr w:type="spellEnd"/>
      <w:r w:rsidRPr="00133D18">
        <w:t xml:space="preserve"> </w:t>
      </w:r>
      <w:proofErr w:type="spellStart"/>
      <w:r w:rsidRPr="00133D18">
        <w:t>outcome</w:t>
      </w:r>
      <w:proofErr w:type="spellEnd"/>
      <w:r w:rsidRPr="00133D18">
        <w:t>:</w:t>
      </w:r>
    </w:p>
    <w:p w14:paraId="6FC0EB7C" w14:textId="23D38D62" w:rsidR="005411C0" w:rsidRPr="00133D18" w:rsidRDefault="005411C0" w:rsidP="005411C0">
      <w:pPr>
        <w:pStyle w:val="NormalWeb"/>
      </w:pPr>
      <w:r w:rsidRPr="00133D18">
        <w:t xml:space="preserve">ÖK2: </w:t>
      </w:r>
      <w:proofErr w:type="spellStart"/>
      <w:r w:rsidRPr="00133D18">
        <w:t>Ability</w:t>
      </w:r>
      <w:proofErr w:type="spellEnd"/>
      <w:r w:rsidRPr="00133D18">
        <w:t xml:space="preserve"> </w:t>
      </w:r>
      <w:proofErr w:type="spellStart"/>
      <w:r w:rsidRPr="00133D18">
        <w:t>to</w:t>
      </w:r>
      <w:proofErr w:type="spellEnd"/>
      <w:r w:rsidRPr="00133D18">
        <w:t xml:space="preserve"> </w:t>
      </w:r>
      <w:proofErr w:type="spellStart"/>
      <w:r w:rsidRPr="00133D18">
        <w:t>synthesize</w:t>
      </w:r>
      <w:proofErr w:type="spellEnd"/>
      <w:r w:rsidRPr="00133D18">
        <w:t xml:space="preserve"> </w:t>
      </w:r>
      <w:proofErr w:type="spellStart"/>
      <w:r w:rsidRPr="00133D18">
        <w:t>theoretical</w:t>
      </w:r>
      <w:proofErr w:type="spellEnd"/>
      <w:r w:rsidRPr="00133D18">
        <w:t xml:space="preserve"> </w:t>
      </w:r>
      <w:proofErr w:type="spellStart"/>
      <w:r w:rsidRPr="00133D18">
        <w:t>knowledge</w:t>
      </w:r>
      <w:proofErr w:type="spellEnd"/>
      <w:r w:rsidRPr="00133D18">
        <w:t xml:space="preserve"> </w:t>
      </w:r>
      <w:proofErr w:type="spellStart"/>
      <w:r w:rsidRPr="00133D18">
        <w:t>acquired</w:t>
      </w:r>
      <w:proofErr w:type="spellEnd"/>
      <w:r w:rsidRPr="00133D18">
        <w:t xml:space="preserve"> in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field</w:t>
      </w:r>
      <w:proofErr w:type="spellEnd"/>
      <w:r w:rsidRPr="00133D18">
        <w:t xml:space="preserve"> of </w:t>
      </w:r>
      <w:proofErr w:type="spellStart"/>
      <w:r w:rsidRPr="00133D18">
        <w:t>Mental</w:t>
      </w:r>
      <w:proofErr w:type="spellEnd"/>
      <w:r w:rsidRPr="00133D18">
        <w:t xml:space="preserve"> </w:t>
      </w:r>
      <w:proofErr w:type="spellStart"/>
      <w:r w:rsidRPr="00133D18">
        <w:t>Health</w:t>
      </w:r>
      <w:proofErr w:type="spellEnd"/>
      <w:r w:rsidRPr="00133D18">
        <w:t xml:space="preserve">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Mental</w:t>
      </w:r>
      <w:proofErr w:type="spellEnd"/>
      <w:r w:rsidRPr="00133D18">
        <w:t xml:space="preserve"> </w:t>
      </w:r>
      <w:proofErr w:type="spellStart"/>
      <w:r w:rsidRPr="00133D18">
        <w:t>Disorders</w:t>
      </w:r>
      <w:proofErr w:type="spellEnd"/>
      <w:r w:rsidRPr="00133D18">
        <w:t xml:space="preserve"> </w:t>
      </w:r>
      <w:proofErr w:type="spellStart"/>
      <w:r w:rsidRPr="00133D18">
        <w:t>Nursing</w:t>
      </w:r>
      <w:proofErr w:type="spellEnd"/>
      <w:r w:rsidRPr="00133D18">
        <w:t xml:space="preserve"> </w:t>
      </w:r>
      <w:proofErr w:type="spellStart"/>
      <w:r w:rsidRPr="00133D18">
        <w:t>with</w:t>
      </w:r>
      <w:proofErr w:type="spellEnd"/>
      <w:r w:rsidRPr="00133D18">
        <w:t xml:space="preserve"> </w:t>
      </w:r>
      <w:proofErr w:type="spellStart"/>
      <w:r w:rsidRPr="00133D18">
        <w:t>knowledge</w:t>
      </w:r>
      <w:proofErr w:type="spellEnd"/>
      <w:r w:rsidRPr="00133D18">
        <w:t xml:space="preserve"> </w:t>
      </w:r>
      <w:proofErr w:type="spellStart"/>
      <w:r w:rsidRPr="00133D18">
        <w:t>gained</w:t>
      </w:r>
      <w:proofErr w:type="spellEnd"/>
      <w:r w:rsidRPr="00133D18">
        <w:t xml:space="preserve"> in </w:t>
      </w:r>
      <w:proofErr w:type="spellStart"/>
      <w:r w:rsidRPr="00133D18">
        <w:t>other</w:t>
      </w:r>
      <w:proofErr w:type="spellEnd"/>
      <w:r w:rsidRPr="00133D18">
        <w:t xml:space="preserve"> </w:t>
      </w:r>
      <w:proofErr w:type="spellStart"/>
      <w:r w:rsidRPr="00133D18">
        <w:t>courses</w:t>
      </w:r>
      <w:proofErr w:type="spellEnd"/>
      <w:r w:rsidRPr="00133D18">
        <w:t xml:space="preserve"> (2.81 ± 0.47)</w:t>
      </w:r>
    </w:p>
    <w:p w14:paraId="58BB116B" w14:textId="77777777" w:rsidR="005411C0" w:rsidRPr="00133D18" w:rsidRDefault="005411C0" w:rsidP="005411C0">
      <w:pPr>
        <w:pStyle w:val="ListeMaddemi"/>
        <w:numPr>
          <w:ilvl w:val="0"/>
          <w:numId w:val="0"/>
        </w:numPr>
        <w:ind w:left="360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In general, students;</w:t>
      </w:r>
    </w:p>
    <w:p w14:paraId="63FA87B4" w14:textId="4A8F1652" w:rsidR="005411C0" w:rsidRPr="00133D18" w:rsidRDefault="005411C0" w:rsidP="005411C0">
      <w:pPr>
        <w:pStyle w:val="NormalWeb"/>
        <w:numPr>
          <w:ilvl w:val="0"/>
          <w:numId w:val="11"/>
        </w:numPr>
      </w:pPr>
      <w:proofErr w:type="spellStart"/>
      <w:proofErr w:type="gramStart"/>
      <w:r w:rsidRPr="00133D18">
        <w:t>synthesizing</w:t>
      </w:r>
      <w:proofErr w:type="spellEnd"/>
      <w:proofErr w:type="gramEnd"/>
      <w:r w:rsidRPr="00133D18">
        <w:t xml:space="preserve"> </w:t>
      </w:r>
      <w:proofErr w:type="spellStart"/>
      <w:r w:rsidRPr="00133D18">
        <w:t>theoretical</w:t>
      </w:r>
      <w:proofErr w:type="spellEnd"/>
      <w:r w:rsidRPr="00133D18">
        <w:t xml:space="preserve"> </w:t>
      </w:r>
      <w:proofErr w:type="spellStart"/>
      <w:r w:rsidRPr="00133D18">
        <w:t>knowledge</w:t>
      </w:r>
      <w:proofErr w:type="spellEnd"/>
      <w:r w:rsidRPr="00133D18">
        <w:t xml:space="preserve"> in </w:t>
      </w:r>
      <w:proofErr w:type="spellStart"/>
      <w:r w:rsidRPr="00133D18">
        <w:t>mental</w:t>
      </w:r>
      <w:proofErr w:type="spellEnd"/>
      <w:r w:rsidRPr="00133D18">
        <w:t xml:space="preserve"> </w:t>
      </w:r>
      <w:proofErr w:type="spellStart"/>
      <w:r w:rsidRPr="00133D18">
        <w:t>health</w:t>
      </w:r>
      <w:proofErr w:type="spellEnd"/>
      <w:r w:rsidRPr="00133D18">
        <w:t xml:space="preserve"> </w:t>
      </w:r>
      <w:proofErr w:type="spellStart"/>
      <w:r w:rsidRPr="00133D18">
        <w:t>nursing</w:t>
      </w:r>
      <w:proofErr w:type="spellEnd"/>
    </w:p>
    <w:p w14:paraId="1D34EA72" w14:textId="4ABD6A06" w:rsidR="005411C0" w:rsidRPr="00133D18" w:rsidRDefault="005411C0" w:rsidP="005411C0">
      <w:pPr>
        <w:pStyle w:val="NormalWeb"/>
        <w:numPr>
          <w:ilvl w:val="0"/>
          <w:numId w:val="11"/>
        </w:numPr>
      </w:pPr>
      <w:proofErr w:type="spellStart"/>
      <w:proofErr w:type="gramStart"/>
      <w:r w:rsidRPr="00133D18">
        <w:t>conducting</w:t>
      </w:r>
      <w:proofErr w:type="spellEnd"/>
      <w:proofErr w:type="gramEnd"/>
      <w:r w:rsidRPr="00133D18">
        <w:t xml:space="preserve"> a </w:t>
      </w:r>
      <w:proofErr w:type="spellStart"/>
      <w:r w:rsidRPr="00133D18">
        <w:t>holistic</w:t>
      </w:r>
      <w:proofErr w:type="spellEnd"/>
      <w:r w:rsidRPr="00133D18">
        <w:t xml:space="preserve"> </w:t>
      </w:r>
      <w:proofErr w:type="spellStart"/>
      <w:r w:rsidRPr="00133D18">
        <w:t>assessment</w:t>
      </w:r>
      <w:proofErr w:type="spellEnd"/>
      <w:r w:rsidRPr="00133D18">
        <w:t xml:space="preserve"> of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individual</w:t>
      </w:r>
      <w:proofErr w:type="spellEnd"/>
      <w:r w:rsidRPr="00133D18">
        <w:t xml:space="preserve"> in </w:t>
      </w:r>
      <w:proofErr w:type="spellStart"/>
      <w:r w:rsidRPr="00133D18">
        <w:t>terms</w:t>
      </w:r>
      <w:proofErr w:type="spellEnd"/>
      <w:r w:rsidRPr="00133D18">
        <w:t xml:space="preserve"> of </w:t>
      </w:r>
      <w:proofErr w:type="spellStart"/>
      <w:r w:rsidRPr="00133D18">
        <w:t>their</w:t>
      </w:r>
      <w:proofErr w:type="spellEnd"/>
      <w:r w:rsidRPr="00133D18">
        <w:t xml:space="preserve"> </w:t>
      </w:r>
      <w:proofErr w:type="spellStart"/>
      <w:r w:rsidRPr="00133D18">
        <w:t>physical</w:t>
      </w:r>
      <w:proofErr w:type="spellEnd"/>
      <w:r w:rsidRPr="00133D18">
        <w:t xml:space="preserve">, </w:t>
      </w:r>
      <w:proofErr w:type="spellStart"/>
      <w:r w:rsidRPr="00133D18">
        <w:t>psychological</w:t>
      </w:r>
      <w:proofErr w:type="spellEnd"/>
      <w:r w:rsidRPr="00133D18">
        <w:t xml:space="preserve">,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social</w:t>
      </w:r>
      <w:proofErr w:type="spellEnd"/>
      <w:r w:rsidRPr="00133D18">
        <w:t xml:space="preserve"> </w:t>
      </w:r>
      <w:proofErr w:type="spellStart"/>
      <w:r w:rsidRPr="00133D18">
        <w:t>dimensions</w:t>
      </w:r>
      <w:proofErr w:type="spellEnd"/>
    </w:p>
    <w:p w14:paraId="1212DA07" w14:textId="5F9935BB" w:rsidR="005411C0" w:rsidRPr="00133D18" w:rsidRDefault="005411C0" w:rsidP="005411C0">
      <w:pPr>
        <w:pStyle w:val="NormalWeb"/>
        <w:numPr>
          <w:ilvl w:val="0"/>
          <w:numId w:val="11"/>
        </w:numPr>
      </w:pPr>
      <w:proofErr w:type="spellStart"/>
      <w:proofErr w:type="gramStart"/>
      <w:r w:rsidRPr="00133D18">
        <w:t>developing</w:t>
      </w:r>
      <w:proofErr w:type="spellEnd"/>
      <w:proofErr w:type="gramEnd"/>
      <w:r w:rsidRPr="00133D18">
        <w:t xml:space="preserve">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implementing</w:t>
      </w:r>
      <w:proofErr w:type="spellEnd"/>
      <w:r w:rsidRPr="00133D18">
        <w:t xml:space="preserve"> a </w:t>
      </w:r>
      <w:proofErr w:type="spellStart"/>
      <w:r w:rsidRPr="00133D18">
        <w:t>care</w:t>
      </w:r>
      <w:proofErr w:type="spellEnd"/>
      <w:r w:rsidRPr="00133D18">
        <w:t xml:space="preserve"> plan </w:t>
      </w:r>
      <w:proofErr w:type="spellStart"/>
      <w:r w:rsidRPr="00133D18">
        <w:t>using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nursing</w:t>
      </w:r>
      <w:proofErr w:type="spellEnd"/>
      <w:r w:rsidRPr="00133D18">
        <w:t xml:space="preserve"> </w:t>
      </w:r>
      <w:proofErr w:type="spellStart"/>
      <w:r w:rsidRPr="00133D18">
        <w:t>process</w:t>
      </w:r>
      <w:proofErr w:type="spellEnd"/>
    </w:p>
    <w:p w14:paraId="7843045F" w14:textId="13AF20B3" w:rsidR="005411C0" w:rsidRPr="00133D18" w:rsidRDefault="005411C0" w:rsidP="005411C0">
      <w:pPr>
        <w:pStyle w:val="NormalWeb"/>
        <w:numPr>
          <w:ilvl w:val="0"/>
          <w:numId w:val="11"/>
        </w:numPr>
      </w:pPr>
      <w:proofErr w:type="spellStart"/>
      <w:proofErr w:type="gramStart"/>
      <w:r w:rsidRPr="00133D18">
        <w:t>assessing</w:t>
      </w:r>
      <w:proofErr w:type="spellEnd"/>
      <w:proofErr w:type="gramEnd"/>
      <w:r w:rsidRPr="00133D18">
        <w:t xml:space="preserve"> </w:t>
      </w:r>
      <w:proofErr w:type="spellStart"/>
      <w:r w:rsidRPr="00133D18">
        <w:t>discharge</w:t>
      </w:r>
      <w:proofErr w:type="spellEnd"/>
      <w:r w:rsidRPr="00133D18">
        <w:t xml:space="preserve">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home</w:t>
      </w:r>
      <w:proofErr w:type="spellEnd"/>
      <w:r w:rsidRPr="00133D18">
        <w:t xml:space="preserve"> </w:t>
      </w:r>
      <w:proofErr w:type="spellStart"/>
      <w:r w:rsidRPr="00133D18">
        <w:t>care</w:t>
      </w:r>
      <w:proofErr w:type="spellEnd"/>
      <w:r w:rsidRPr="00133D18">
        <w:t xml:space="preserve"> </w:t>
      </w:r>
      <w:proofErr w:type="spellStart"/>
      <w:r w:rsidRPr="00133D18">
        <w:t>needs</w:t>
      </w:r>
      <w:proofErr w:type="spellEnd"/>
    </w:p>
    <w:p w14:paraId="2D5185FF" w14:textId="721A91C9" w:rsidR="008D1AC6" w:rsidRPr="00133D18" w:rsidRDefault="005411C0" w:rsidP="005411C0">
      <w:pPr>
        <w:pStyle w:val="NormalWeb"/>
      </w:pPr>
      <w:proofErr w:type="gramStart"/>
      <w:r w:rsidRPr="00133D18">
        <w:t>has</w:t>
      </w:r>
      <w:proofErr w:type="gramEnd"/>
      <w:r w:rsidRPr="00133D18">
        <w:t xml:space="preserve"> </w:t>
      </w:r>
      <w:proofErr w:type="spellStart"/>
      <w:r w:rsidRPr="00133D18">
        <w:t>developed</w:t>
      </w:r>
      <w:proofErr w:type="spellEnd"/>
      <w:r w:rsidRPr="00133D18">
        <w:t xml:space="preserve"> </w:t>
      </w:r>
      <w:proofErr w:type="spellStart"/>
      <w:r w:rsidRPr="00133D18">
        <w:t>competence</w:t>
      </w:r>
      <w:proofErr w:type="spellEnd"/>
      <w:r w:rsidRPr="00133D18">
        <w:t xml:space="preserve"> in </w:t>
      </w:r>
      <w:proofErr w:type="spellStart"/>
      <w:r w:rsidRPr="00133D18">
        <w:t>these</w:t>
      </w:r>
      <w:proofErr w:type="spellEnd"/>
      <w:r w:rsidRPr="00133D18">
        <w:t xml:space="preserve"> </w:t>
      </w:r>
      <w:proofErr w:type="spellStart"/>
      <w:r w:rsidRPr="00133D18">
        <w:t>areas</w:t>
      </w:r>
      <w:proofErr w:type="spellEnd"/>
      <w:r w:rsidRPr="00133D18">
        <w:t>.</w:t>
      </w:r>
    </w:p>
    <w:p w14:paraId="33BEEAF4" w14:textId="77777777" w:rsidR="00481757" w:rsidRPr="00133D18" w:rsidRDefault="00481757" w:rsidP="005411C0">
      <w:pPr>
        <w:pStyle w:val="NormalWeb"/>
        <w:rPr>
          <w:b/>
        </w:rPr>
      </w:pPr>
    </w:p>
    <w:p w14:paraId="6BE9C5AD" w14:textId="15CEA5E4" w:rsidR="005411C0" w:rsidRPr="00133D18" w:rsidRDefault="0025131A" w:rsidP="005411C0">
      <w:pPr>
        <w:pStyle w:val="NormalWeb"/>
        <w:rPr>
          <w:b/>
        </w:rPr>
      </w:pPr>
      <w:r w:rsidRPr="00133D18">
        <w:rPr>
          <w:b/>
        </w:rPr>
        <w:t xml:space="preserve">5.3 </w:t>
      </w:r>
      <w:r w:rsidR="005411C0" w:rsidRPr="00133D18">
        <w:rPr>
          <w:b/>
        </w:rPr>
        <w:t>QUALITATIVE FINDINGS</w:t>
      </w:r>
    </w:p>
    <w:p w14:paraId="4C4C5132" w14:textId="5FF24263" w:rsidR="000C7320" w:rsidRPr="00133D18" w:rsidRDefault="000C7320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</w:p>
    <w:p w14:paraId="52D5B707" w14:textId="77777777" w:rsidR="005411C0" w:rsidRPr="00133D18" w:rsidRDefault="005411C0" w:rsidP="005411C0">
      <w:pPr>
        <w:pStyle w:val="NormalWeb"/>
      </w:pPr>
      <w:proofErr w:type="spellStart"/>
      <w:r w:rsidRPr="00133D18">
        <w:t>Student</w:t>
      </w:r>
      <w:proofErr w:type="spellEnd"/>
      <w:r w:rsidRPr="00133D18">
        <w:t xml:space="preserve"> </w:t>
      </w:r>
      <w:proofErr w:type="spellStart"/>
      <w:r w:rsidRPr="00133D18">
        <w:t>feedback</w:t>
      </w:r>
      <w:proofErr w:type="spellEnd"/>
      <w:r w:rsidRPr="00133D18">
        <w:t xml:space="preserve"> has </w:t>
      </w:r>
      <w:proofErr w:type="spellStart"/>
      <w:r w:rsidRPr="00133D18">
        <w:t>been</w:t>
      </w:r>
      <w:proofErr w:type="spellEnd"/>
      <w:r w:rsidRPr="00133D18">
        <w:t xml:space="preserve"> </w:t>
      </w:r>
      <w:proofErr w:type="spellStart"/>
      <w:r w:rsidRPr="00133D18">
        <w:t>grouped</w:t>
      </w:r>
      <w:proofErr w:type="spellEnd"/>
      <w:r w:rsidRPr="00133D18">
        <w:t xml:space="preserve"> </w:t>
      </w:r>
      <w:proofErr w:type="spellStart"/>
      <w:r w:rsidRPr="00133D18">
        <w:t>under</w:t>
      </w:r>
      <w:proofErr w:type="spellEnd"/>
      <w:r w:rsidRPr="00133D18">
        <w:t xml:space="preserve"> </w:t>
      </w:r>
      <w:proofErr w:type="spellStart"/>
      <w:r w:rsidRPr="00133D18">
        <w:t>three</w:t>
      </w:r>
      <w:proofErr w:type="spellEnd"/>
      <w:r w:rsidRPr="00133D18">
        <w:t xml:space="preserve"> main </w:t>
      </w:r>
      <w:proofErr w:type="spellStart"/>
      <w:r w:rsidRPr="00133D18">
        <w:t>themes</w:t>
      </w:r>
      <w:proofErr w:type="spellEnd"/>
      <w:r w:rsidRPr="00133D18">
        <w:t>:</w:t>
      </w:r>
    </w:p>
    <w:p w14:paraId="634E74A1" w14:textId="53DD35A1" w:rsidR="005411C0" w:rsidRPr="00133D18" w:rsidRDefault="005411C0" w:rsidP="005411C0">
      <w:pPr>
        <w:pStyle w:val="NormalWeb"/>
        <w:numPr>
          <w:ilvl w:val="0"/>
          <w:numId w:val="13"/>
        </w:numPr>
      </w:pPr>
      <w:proofErr w:type="spellStart"/>
      <w:r w:rsidRPr="00133D18">
        <w:t>Factors</w:t>
      </w:r>
      <w:proofErr w:type="spellEnd"/>
      <w:r w:rsidRPr="00133D18">
        <w:t xml:space="preserve"> </w:t>
      </w:r>
      <w:proofErr w:type="spellStart"/>
      <w:r w:rsidRPr="00133D18">
        <w:t>That</w:t>
      </w:r>
      <w:proofErr w:type="spellEnd"/>
      <w:r w:rsidRPr="00133D18">
        <w:t xml:space="preserve"> </w:t>
      </w:r>
      <w:proofErr w:type="spellStart"/>
      <w:r w:rsidRPr="00133D18">
        <w:t>Support</w:t>
      </w:r>
      <w:proofErr w:type="spellEnd"/>
      <w:r w:rsidRPr="00133D18">
        <w:t xml:space="preserve"> Learning</w:t>
      </w:r>
    </w:p>
    <w:p w14:paraId="06FE239F" w14:textId="77777777" w:rsidR="005411C0" w:rsidRPr="00133D18" w:rsidRDefault="005411C0" w:rsidP="005411C0">
      <w:pPr>
        <w:pStyle w:val="NormalWeb"/>
        <w:ind w:left="720"/>
      </w:pP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instructor’s</w:t>
      </w:r>
      <w:proofErr w:type="spellEnd"/>
      <w:r w:rsidRPr="00133D18">
        <w:t xml:space="preserve"> </w:t>
      </w:r>
      <w:proofErr w:type="spellStart"/>
      <w:r w:rsidRPr="00133D18">
        <w:t>clear</w:t>
      </w:r>
      <w:proofErr w:type="spellEnd"/>
      <w:r w:rsidRPr="00133D18">
        <w:t xml:space="preserve">, </w:t>
      </w:r>
      <w:proofErr w:type="spellStart"/>
      <w:r w:rsidRPr="00133D18">
        <w:t>systematic</w:t>
      </w:r>
      <w:proofErr w:type="spellEnd"/>
      <w:r w:rsidRPr="00133D18">
        <w:t xml:space="preserve">,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supportive</w:t>
      </w:r>
      <w:proofErr w:type="spellEnd"/>
      <w:r w:rsidRPr="00133D18">
        <w:t xml:space="preserve"> </w:t>
      </w:r>
      <w:proofErr w:type="spellStart"/>
      <w:r w:rsidRPr="00133D18">
        <w:t>teaching</w:t>
      </w:r>
      <w:proofErr w:type="spellEnd"/>
      <w:r w:rsidRPr="00133D18">
        <w:t xml:space="preserve"> </w:t>
      </w:r>
      <w:proofErr w:type="spellStart"/>
      <w:r w:rsidRPr="00133D18">
        <w:t>style</w:t>
      </w:r>
      <w:proofErr w:type="spellEnd"/>
    </w:p>
    <w:p w14:paraId="50B9818F" w14:textId="00D541E0" w:rsidR="005411C0" w:rsidRPr="00133D18" w:rsidRDefault="005411C0" w:rsidP="005411C0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Course materials, examples, and case studies/practical applications</w:t>
      </w:r>
    </w:p>
    <w:p w14:paraId="72F8BEFC" w14:textId="21807FD5" w:rsidR="005411C0" w:rsidRPr="00133D18" w:rsidRDefault="005411C0" w:rsidP="005411C0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An approach that increases class participation and effective communication</w:t>
      </w:r>
    </w:p>
    <w:p w14:paraId="61DCF3DE" w14:textId="1D7C043C" w:rsidR="005411C0" w:rsidRPr="00133D18" w:rsidRDefault="005411C0" w:rsidP="005411C0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Feedback should be designed to support learning</w:t>
      </w:r>
    </w:p>
    <w:p w14:paraId="7C15430F" w14:textId="3CC21112" w:rsidR="000C7320" w:rsidRPr="00133D18" w:rsidRDefault="008D1AC6" w:rsidP="005411C0">
      <w:pPr>
        <w:pStyle w:val="NormalWeb"/>
      </w:pPr>
      <w:r w:rsidRPr="00133D18">
        <w:t xml:space="preserve">      </w:t>
      </w:r>
      <w:r w:rsidR="0025131A" w:rsidRPr="00133D18">
        <w:t xml:space="preserve">2. </w:t>
      </w:r>
      <w:proofErr w:type="spellStart"/>
      <w:r w:rsidR="005411C0" w:rsidRPr="00133D18">
        <w:t>Factors</w:t>
      </w:r>
      <w:proofErr w:type="spellEnd"/>
      <w:r w:rsidR="005411C0" w:rsidRPr="00133D18">
        <w:t xml:space="preserve"> </w:t>
      </w:r>
      <w:proofErr w:type="spellStart"/>
      <w:r w:rsidR="005411C0" w:rsidRPr="00133D18">
        <w:t>That</w:t>
      </w:r>
      <w:proofErr w:type="spellEnd"/>
      <w:r w:rsidR="005411C0" w:rsidRPr="00133D18">
        <w:t xml:space="preserve"> </w:t>
      </w:r>
      <w:proofErr w:type="spellStart"/>
      <w:r w:rsidR="005411C0" w:rsidRPr="00133D18">
        <w:t>Make</w:t>
      </w:r>
      <w:proofErr w:type="spellEnd"/>
      <w:r w:rsidR="005411C0" w:rsidRPr="00133D18">
        <w:t xml:space="preserve"> Learning </w:t>
      </w:r>
      <w:proofErr w:type="spellStart"/>
      <w:r w:rsidR="005411C0" w:rsidRPr="00133D18">
        <w:t>Difficult</w:t>
      </w:r>
      <w:proofErr w:type="spellEnd"/>
    </w:p>
    <w:p w14:paraId="64FF1D1E" w14:textId="270EB35B" w:rsidR="005411C0" w:rsidRPr="00133D18" w:rsidRDefault="005411C0" w:rsidP="005411C0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Challenges related to class schedules and course load</w:t>
      </w:r>
    </w:p>
    <w:p w14:paraId="2B9D687D" w14:textId="2FBCA71B" w:rsidR="005411C0" w:rsidRPr="00133D18" w:rsidRDefault="005411C0" w:rsidP="005411C0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The need to expand the scope and duration of implementation opportunities</w:t>
      </w:r>
    </w:p>
    <w:p w14:paraId="3659D7D9" w14:textId="40CAECFA" w:rsidR="005411C0" w:rsidRPr="00133D18" w:rsidRDefault="005411C0" w:rsidP="005411C0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The perception that the exam/assessment process is challenging for some students</w:t>
      </w:r>
    </w:p>
    <w:p w14:paraId="75CC7DB6" w14:textId="3BC16914" w:rsidR="005411C0" w:rsidRPr="00133D18" w:rsidRDefault="005411C0" w:rsidP="005411C0">
      <w:pPr>
        <w:pStyle w:val="ListeMaddemi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The high number of students who did not report any difficulties during the application process</w:t>
      </w:r>
    </w:p>
    <w:p w14:paraId="58475568" w14:textId="12A812D1" w:rsidR="000C7320" w:rsidRPr="00133D18" w:rsidRDefault="008D1AC6" w:rsidP="005411C0">
      <w:pPr>
        <w:pStyle w:val="NormalWeb"/>
      </w:pPr>
      <w:r w:rsidRPr="00133D18">
        <w:t xml:space="preserve">      </w:t>
      </w:r>
      <w:r w:rsidR="0025131A" w:rsidRPr="00133D18">
        <w:t xml:space="preserve">3. </w:t>
      </w:r>
      <w:proofErr w:type="spellStart"/>
      <w:r w:rsidR="005411C0" w:rsidRPr="00133D18">
        <w:t>Suggestions</w:t>
      </w:r>
      <w:proofErr w:type="spellEnd"/>
      <w:r w:rsidR="005411C0" w:rsidRPr="00133D18">
        <w:t xml:space="preserve"> </w:t>
      </w:r>
      <w:proofErr w:type="spellStart"/>
      <w:r w:rsidR="005411C0" w:rsidRPr="00133D18">
        <w:t>for</w:t>
      </w:r>
      <w:proofErr w:type="spellEnd"/>
      <w:r w:rsidR="005411C0" w:rsidRPr="00133D18">
        <w:t xml:space="preserve"> </w:t>
      </w:r>
      <w:proofErr w:type="spellStart"/>
      <w:r w:rsidR="005411C0" w:rsidRPr="00133D18">
        <w:t>Improvement</w:t>
      </w:r>
      <w:proofErr w:type="spellEnd"/>
    </w:p>
    <w:p w14:paraId="43B3ACC0" w14:textId="381D63AD" w:rsidR="005411C0" w:rsidRPr="00133D18" w:rsidRDefault="005411C0" w:rsidP="005411C0">
      <w:pPr>
        <w:pStyle w:val="NormalWeb"/>
        <w:numPr>
          <w:ilvl w:val="0"/>
          <w:numId w:val="14"/>
        </w:numPr>
      </w:pPr>
      <w:proofErr w:type="spellStart"/>
      <w:r w:rsidRPr="00133D18">
        <w:t>Increasing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number</w:t>
      </w:r>
      <w:proofErr w:type="spellEnd"/>
      <w:r w:rsidRPr="00133D18">
        <w:t xml:space="preserve"> of </w:t>
      </w:r>
      <w:proofErr w:type="spellStart"/>
      <w:r w:rsidRPr="00133D18">
        <w:t>practical</w:t>
      </w:r>
      <w:proofErr w:type="spellEnd"/>
      <w:r w:rsidRPr="00133D18">
        <w:t xml:space="preserve"> </w:t>
      </w:r>
      <w:proofErr w:type="spellStart"/>
      <w:r w:rsidRPr="00133D18">
        <w:t>applications</w:t>
      </w:r>
      <w:proofErr w:type="spellEnd"/>
      <w:r w:rsidRPr="00133D18">
        <w:t xml:space="preserve">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case</w:t>
      </w:r>
      <w:proofErr w:type="spellEnd"/>
      <w:r w:rsidRPr="00133D18">
        <w:t xml:space="preserve"> </w:t>
      </w:r>
      <w:proofErr w:type="spellStart"/>
      <w:r w:rsidRPr="00133D18">
        <w:t>studies</w:t>
      </w:r>
      <w:proofErr w:type="spellEnd"/>
    </w:p>
    <w:p w14:paraId="5EF7263A" w14:textId="2A8A1D11" w:rsidR="005411C0" w:rsidRPr="00133D18" w:rsidRDefault="005411C0" w:rsidP="005411C0">
      <w:pPr>
        <w:pStyle w:val="NormalWeb"/>
        <w:numPr>
          <w:ilvl w:val="0"/>
          <w:numId w:val="14"/>
        </w:numPr>
      </w:pPr>
      <w:proofErr w:type="spellStart"/>
      <w:r w:rsidRPr="00133D18">
        <w:t>Reviewing</w:t>
      </w:r>
      <w:proofErr w:type="spellEnd"/>
      <w:r w:rsidRPr="00133D18">
        <w:t xml:space="preserve"> </w:t>
      </w:r>
      <w:proofErr w:type="spellStart"/>
      <w:r w:rsidRPr="00133D18">
        <w:t>class</w:t>
      </w:r>
      <w:proofErr w:type="spellEnd"/>
      <w:r w:rsidRPr="00133D18">
        <w:t xml:space="preserve"> </w:t>
      </w:r>
      <w:proofErr w:type="spellStart"/>
      <w:r w:rsidRPr="00133D18">
        <w:t>hours</w:t>
      </w:r>
      <w:proofErr w:type="spellEnd"/>
      <w:r w:rsidRPr="00133D18">
        <w:t xml:space="preserve">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course</w:t>
      </w:r>
      <w:proofErr w:type="spellEnd"/>
      <w:r w:rsidRPr="00133D18">
        <w:t xml:space="preserve"> </w:t>
      </w:r>
      <w:proofErr w:type="spellStart"/>
      <w:r w:rsidRPr="00133D18">
        <w:t>workload</w:t>
      </w:r>
      <w:proofErr w:type="spellEnd"/>
    </w:p>
    <w:p w14:paraId="4A826F2A" w14:textId="02EAF4E1" w:rsidR="005411C0" w:rsidRPr="00133D18" w:rsidRDefault="005411C0" w:rsidP="005411C0">
      <w:pPr>
        <w:pStyle w:val="NormalWeb"/>
        <w:numPr>
          <w:ilvl w:val="0"/>
          <w:numId w:val="14"/>
        </w:numPr>
      </w:pPr>
      <w:proofErr w:type="spellStart"/>
      <w:r w:rsidRPr="00133D18">
        <w:t>Strengthening</w:t>
      </w:r>
      <w:proofErr w:type="spellEnd"/>
      <w:r w:rsidRPr="00133D18">
        <w:t xml:space="preserve"> </w:t>
      </w:r>
      <w:proofErr w:type="spellStart"/>
      <w:r w:rsidRPr="00133D18">
        <w:t>case-based</w:t>
      </w:r>
      <w:proofErr w:type="spellEnd"/>
      <w:r w:rsidRPr="00133D18">
        <w:t xml:space="preserve"> </w:t>
      </w:r>
      <w:proofErr w:type="spellStart"/>
      <w:r w:rsidRPr="00133D18">
        <w:t>learning</w:t>
      </w:r>
      <w:proofErr w:type="spellEnd"/>
      <w:r w:rsidRPr="00133D18">
        <w:t xml:space="preserve">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simulation</w:t>
      </w:r>
      <w:proofErr w:type="spellEnd"/>
      <w:r w:rsidRPr="00133D18">
        <w:t xml:space="preserve"> </w:t>
      </w:r>
      <w:proofErr w:type="spellStart"/>
      <w:r w:rsidRPr="00133D18">
        <w:t>activities</w:t>
      </w:r>
      <w:proofErr w:type="spellEnd"/>
    </w:p>
    <w:p w14:paraId="64583A57" w14:textId="315B5819" w:rsidR="005411C0" w:rsidRPr="00133D18" w:rsidRDefault="005411C0" w:rsidP="005411C0">
      <w:pPr>
        <w:pStyle w:val="NormalWeb"/>
        <w:numPr>
          <w:ilvl w:val="0"/>
          <w:numId w:val="14"/>
        </w:numPr>
      </w:pPr>
      <w:proofErr w:type="spellStart"/>
      <w:r w:rsidRPr="00133D18">
        <w:t>Providing</w:t>
      </w:r>
      <w:proofErr w:type="spellEnd"/>
      <w:r w:rsidRPr="00133D18">
        <w:t xml:space="preserve"> </w:t>
      </w:r>
      <w:proofErr w:type="spellStart"/>
      <w:r w:rsidRPr="00133D18">
        <w:t>feedback</w:t>
      </w:r>
      <w:proofErr w:type="spellEnd"/>
      <w:r w:rsidRPr="00133D18">
        <w:t xml:space="preserve"> in a </w:t>
      </w:r>
      <w:proofErr w:type="spellStart"/>
      <w:r w:rsidRPr="00133D18">
        <w:t>more</w:t>
      </w:r>
      <w:proofErr w:type="spellEnd"/>
      <w:r w:rsidRPr="00133D18">
        <w:t xml:space="preserve"> </w:t>
      </w:r>
      <w:proofErr w:type="spellStart"/>
      <w:r w:rsidRPr="00133D18">
        <w:t>regular</w:t>
      </w:r>
      <w:proofErr w:type="spellEnd"/>
      <w:r w:rsidRPr="00133D18">
        <w:t xml:space="preserve">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structured</w:t>
      </w:r>
      <w:proofErr w:type="spellEnd"/>
      <w:r w:rsidRPr="00133D18">
        <w:t xml:space="preserve"> </w:t>
      </w:r>
      <w:proofErr w:type="spellStart"/>
      <w:r w:rsidRPr="00133D18">
        <w:t>manner</w:t>
      </w:r>
      <w:proofErr w:type="spellEnd"/>
    </w:p>
    <w:p w14:paraId="19F5D8B2" w14:textId="3E547AFF" w:rsidR="000C7320" w:rsidRPr="00133D18" w:rsidRDefault="0025131A" w:rsidP="005411C0">
      <w:pPr>
        <w:pStyle w:val="NormalWeb"/>
      </w:pPr>
      <w:r w:rsidRPr="00133D18">
        <w:rPr>
          <w:b/>
        </w:rPr>
        <w:t xml:space="preserve">6. </w:t>
      </w:r>
      <w:r w:rsidR="005411C0" w:rsidRPr="00133D18">
        <w:rPr>
          <w:b/>
        </w:rPr>
        <w:t>STRENGTHS</w:t>
      </w:r>
    </w:p>
    <w:p w14:paraId="4CBA0980" w14:textId="6AE46726" w:rsidR="005411C0" w:rsidRPr="00133D18" w:rsidRDefault="005411C0" w:rsidP="005411C0">
      <w:pPr>
        <w:pStyle w:val="NormalWeb"/>
        <w:numPr>
          <w:ilvl w:val="0"/>
          <w:numId w:val="15"/>
        </w:numPr>
      </w:pPr>
      <w:r w:rsidRPr="00133D18">
        <w:t xml:space="preserve">Course </w:t>
      </w:r>
      <w:proofErr w:type="spellStart"/>
      <w:r w:rsidRPr="00133D18">
        <w:t>content</w:t>
      </w:r>
      <w:proofErr w:type="spellEnd"/>
      <w:r w:rsidRPr="00133D18">
        <w:t xml:space="preserve"> </w:t>
      </w:r>
      <w:proofErr w:type="spellStart"/>
      <w:r w:rsidRPr="00133D18">
        <w:t>aligned</w:t>
      </w:r>
      <w:proofErr w:type="spellEnd"/>
      <w:r w:rsidRPr="00133D18">
        <w:t xml:space="preserve"> </w:t>
      </w:r>
      <w:proofErr w:type="spellStart"/>
      <w:r w:rsidRPr="00133D18">
        <w:t>with</w:t>
      </w:r>
      <w:proofErr w:type="spellEnd"/>
      <w:r w:rsidRPr="00133D18">
        <w:t xml:space="preserve"> program </w:t>
      </w:r>
      <w:proofErr w:type="spellStart"/>
      <w:r w:rsidRPr="00133D18">
        <w:t>learning</w:t>
      </w:r>
      <w:proofErr w:type="spellEnd"/>
      <w:r w:rsidRPr="00133D18">
        <w:t xml:space="preserve"> </w:t>
      </w:r>
      <w:proofErr w:type="spellStart"/>
      <w:r w:rsidRPr="00133D18">
        <w:t>outcomes</w:t>
      </w:r>
      <w:proofErr w:type="spellEnd"/>
    </w:p>
    <w:p w14:paraId="180B5FD9" w14:textId="0C0A3451" w:rsidR="005411C0" w:rsidRPr="00133D18" w:rsidRDefault="005411C0" w:rsidP="005411C0">
      <w:pPr>
        <w:pStyle w:val="NormalWeb"/>
        <w:numPr>
          <w:ilvl w:val="0"/>
          <w:numId w:val="15"/>
        </w:numPr>
      </w:pPr>
      <w:r w:rsidRPr="00133D18">
        <w:t xml:space="preserve">High </w:t>
      </w:r>
      <w:proofErr w:type="spellStart"/>
      <w:r w:rsidRPr="00133D18">
        <w:t>student</w:t>
      </w:r>
      <w:proofErr w:type="spellEnd"/>
      <w:r w:rsidRPr="00133D18">
        <w:t xml:space="preserve"> </w:t>
      </w:r>
      <w:proofErr w:type="spellStart"/>
      <w:r w:rsidRPr="00133D18">
        <w:t>satisfaction</w:t>
      </w:r>
      <w:proofErr w:type="spellEnd"/>
      <w:r w:rsidRPr="00133D18">
        <w:t xml:space="preserve">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successful</w:t>
      </w:r>
      <w:proofErr w:type="spellEnd"/>
      <w:r w:rsidRPr="00133D18">
        <w:t xml:space="preserve"> </w:t>
      </w:r>
      <w:proofErr w:type="spellStart"/>
      <w:r w:rsidRPr="00133D18">
        <w:t>learning</w:t>
      </w:r>
      <w:proofErr w:type="spellEnd"/>
      <w:r w:rsidRPr="00133D18">
        <w:t xml:space="preserve"> </w:t>
      </w:r>
      <w:proofErr w:type="spellStart"/>
      <w:r w:rsidRPr="00133D18">
        <w:t>outcomes</w:t>
      </w:r>
      <w:proofErr w:type="spellEnd"/>
    </w:p>
    <w:p w14:paraId="0768D456" w14:textId="52A547AA" w:rsidR="005411C0" w:rsidRPr="00133D18" w:rsidRDefault="005411C0" w:rsidP="005411C0">
      <w:pPr>
        <w:pStyle w:val="NormalWeb"/>
        <w:numPr>
          <w:ilvl w:val="0"/>
          <w:numId w:val="15"/>
        </w:numPr>
      </w:pPr>
      <w:proofErr w:type="spellStart"/>
      <w:r w:rsidRPr="00133D18">
        <w:t>Strong</w:t>
      </w:r>
      <w:proofErr w:type="spellEnd"/>
      <w:r w:rsidRPr="00133D18">
        <w:t xml:space="preserve"> </w:t>
      </w:r>
      <w:proofErr w:type="spellStart"/>
      <w:r w:rsidRPr="00133D18">
        <w:t>faculty</w:t>
      </w:r>
      <w:proofErr w:type="spellEnd"/>
      <w:r w:rsidRPr="00133D18">
        <w:t xml:space="preserve"> </w:t>
      </w:r>
      <w:proofErr w:type="spellStart"/>
      <w:r w:rsidRPr="00133D18">
        <w:t>performance</w:t>
      </w:r>
      <w:proofErr w:type="spellEnd"/>
      <w:r w:rsidRPr="00133D18">
        <w:t xml:space="preserve">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effective</w:t>
      </w:r>
      <w:proofErr w:type="spellEnd"/>
      <w:r w:rsidRPr="00133D18">
        <w:t xml:space="preserve"> </w:t>
      </w:r>
      <w:proofErr w:type="spellStart"/>
      <w:r w:rsidRPr="00133D18">
        <w:t>student</w:t>
      </w:r>
      <w:proofErr w:type="spellEnd"/>
      <w:r w:rsidRPr="00133D18">
        <w:t xml:space="preserve"> </w:t>
      </w:r>
      <w:proofErr w:type="spellStart"/>
      <w:r w:rsidRPr="00133D18">
        <w:t>communication</w:t>
      </w:r>
      <w:proofErr w:type="spellEnd"/>
    </w:p>
    <w:p w14:paraId="5BA6AC2D" w14:textId="28968B92" w:rsidR="005411C0" w:rsidRPr="00133D18" w:rsidRDefault="005411C0" w:rsidP="005411C0">
      <w:pPr>
        <w:pStyle w:val="NormalWeb"/>
        <w:numPr>
          <w:ilvl w:val="0"/>
          <w:numId w:val="15"/>
        </w:numPr>
      </w:pPr>
      <w:proofErr w:type="spellStart"/>
      <w:r w:rsidRPr="00133D18">
        <w:t>Support</w:t>
      </w:r>
      <w:proofErr w:type="spellEnd"/>
      <w:r w:rsidRPr="00133D18">
        <w:t xml:space="preserve"> </w:t>
      </w:r>
      <w:proofErr w:type="spellStart"/>
      <w:r w:rsidRPr="00133D18">
        <w:t>for</w:t>
      </w:r>
      <w:proofErr w:type="spellEnd"/>
      <w:r w:rsidRPr="00133D18">
        <w:t xml:space="preserve"> </w:t>
      </w:r>
      <w:proofErr w:type="spellStart"/>
      <w:r w:rsidRPr="00133D18">
        <w:t>learning</w:t>
      </w:r>
      <w:proofErr w:type="spellEnd"/>
      <w:r w:rsidRPr="00133D18">
        <w:t xml:space="preserve"> </w:t>
      </w:r>
      <w:proofErr w:type="spellStart"/>
      <w:r w:rsidRPr="00133D18">
        <w:t>through</w:t>
      </w:r>
      <w:proofErr w:type="spellEnd"/>
      <w:r w:rsidRPr="00133D18">
        <w:t xml:space="preserve"> </w:t>
      </w:r>
      <w:proofErr w:type="spellStart"/>
      <w:r w:rsidRPr="00133D18">
        <w:t>course</w:t>
      </w:r>
      <w:proofErr w:type="spellEnd"/>
      <w:r w:rsidRPr="00133D18">
        <w:t xml:space="preserve"> </w:t>
      </w:r>
      <w:proofErr w:type="spellStart"/>
      <w:r w:rsidRPr="00133D18">
        <w:t>presentation</w:t>
      </w:r>
      <w:proofErr w:type="spellEnd"/>
      <w:r w:rsidRPr="00133D18">
        <w:t xml:space="preserve">, </w:t>
      </w:r>
      <w:proofErr w:type="spellStart"/>
      <w:r w:rsidRPr="00133D18">
        <w:t>use</w:t>
      </w:r>
      <w:proofErr w:type="spellEnd"/>
      <w:r w:rsidRPr="00133D18">
        <w:t xml:space="preserve"> of </w:t>
      </w:r>
      <w:proofErr w:type="spellStart"/>
      <w:r w:rsidRPr="00133D18">
        <w:t>materials</w:t>
      </w:r>
      <w:proofErr w:type="spellEnd"/>
      <w:r w:rsidRPr="00133D18">
        <w:t xml:space="preserve">,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examples</w:t>
      </w:r>
      <w:proofErr w:type="spellEnd"/>
    </w:p>
    <w:p w14:paraId="24281862" w14:textId="6DA0E973" w:rsidR="005411C0" w:rsidRPr="00133D18" w:rsidRDefault="005411C0" w:rsidP="005411C0">
      <w:pPr>
        <w:pStyle w:val="NormalWeb"/>
        <w:numPr>
          <w:ilvl w:val="0"/>
          <w:numId w:val="15"/>
        </w:numPr>
      </w:pPr>
      <w:proofErr w:type="spellStart"/>
      <w:r w:rsidRPr="00133D18">
        <w:t>Positive</w:t>
      </w:r>
      <w:proofErr w:type="spellEnd"/>
      <w:r w:rsidRPr="00133D18">
        <w:t xml:space="preserve"> </w:t>
      </w:r>
      <w:proofErr w:type="spellStart"/>
      <w:r w:rsidRPr="00133D18">
        <w:t>student</w:t>
      </w:r>
      <w:proofErr w:type="spellEnd"/>
      <w:r w:rsidRPr="00133D18">
        <w:t xml:space="preserve"> </w:t>
      </w:r>
      <w:proofErr w:type="spellStart"/>
      <w:r w:rsidRPr="00133D18">
        <w:t>perception</w:t>
      </w:r>
      <w:proofErr w:type="spellEnd"/>
      <w:r w:rsidRPr="00133D18">
        <w:t xml:space="preserve"> of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objective</w:t>
      </w:r>
      <w:proofErr w:type="spellEnd"/>
      <w:r w:rsidRPr="00133D18">
        <w:t xml:space="preserve"> </w:t>
      </w:r>
      <w:proofErr w:type="spellStart"/>
      <w:r w:rsidRPr="00133D18">
        <w:t>assessment</w:t>
      </w:r>
      <w:proofErr w:type="spellEnd"/>
      <w:r w:rsidRPr="00133D18">
        <w:t xml:space="preserve"> </w:t>
      </w:r>
      <w:proofErr w:type="spellStart"/>
      <w:r w:rsidRPr="00133D18">
        <w:t>process</w:t>
      </w:r>
      <w:proofErr w:type="spellEnd"/>
    </w:p>
    <w:p w14:paraId="6F6B0070" w14:textId="12B37406" w:rsidR="005411C0" w:rsidRPr="00133D18" w:rsidRDefault="005411C0" w:rsidP="005411C0">
      <w:pPr>
        <w:pStyle w:val="NormalWeb"/>
        <w:numPr>
          <w:ilvl w:val="0"/>
          <w:numId w:val="15"/>
        </w:numPr>
      </w:pPr>
      <w:r w:rsidRPr="00133D18">
        <w:t xml:space="preserve">Development of </w:t>
      </w:r>
      <w:proofErr w:type="spellStart"/>
      <w:r w:rsidRPr="00133D18">
        <w:t>professional</w:t>
      </w:r>
      <w:proofErr w:type="spellEnd"/>
      <w:r w:rsidRPr="00133D18">
        <w:t xml:space="preserve"> </w:t>
      </w:r>
      <w:proofErr w:type="spellStart"/>
      <w:r w:rsidRPr="00133D18">
        <w:t>awareness</w:t>
      </w:r>
      <w:proofErr w:type="spellEnd"/>
      <w:r w:rsidRPr="00133D18">
        <w:t xml:space="preserve"> in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field</w:t>
      </w:r>
      <w:proofErr w:type="spellEnd"/>
      <w:r w:rsidRPr="00133D18">
        <w:t xml:space="preserve"> of </w:t>
      </w:r>
      <w:proofErr w:type="spellStart"/>
      <w:r w:rsidRPr="00133D18">
        <w:t>mental</w:t>
      </w:r>
      <w:proofErr w:type="spellEnd"/>
      <w:r w:rsidRPr="00133D18">
        <w:t xml:space="preserve"> </w:t>
      </w:r>
      <w:proofErr w:type="spellStart"/>
      <w:r w:rsidRPr="00133D18">
        <w:t>health</w:t>
      </w:r>
      <w:proofErr w:type="spellEnd"/>
      <w:r w:rsidRPr="00133D18">
        <w:t xml:space="preserve"> </w:t>
      </w:r>
      <w:proofErr w:type="spellStart"/>
      <w:r w:rsidRPr="00133D18">
        <w:t>nursing</w:t>
      </w:r>
      <w:proofErr w:type="spellEnd"/>
    </w:p>
    <w:p w14:paraId="360E2C79" w14:textId="77777777" w:rsidR="005411C0" w:rsidRPr="00133D18" w:rsidRDefault="0025131A" w:rsidP="005411C0">
      <w:pPr>
        <w:pStyle w:val="NormalWeb"/>
        <w:rPr>
          <w:b/>
        </w:rPr>
      </w:pPr>
      <w:r w:rsidRPr="00133D18">
        <w:rPr>
          <w:b/>
        </w:rPr>
        <w:t xml:space="preserve">7. </w:t>
      </w:r>
      <w:r w:rsidR="005411C0" w:rsidRPr="00133D18">
        <w:rPr>
          <w:b/>
        </w:rPr>
        <w:t>AREAS FOR IMPROVEMENT</w:t>
      </w:r>
    </w:p>
    <w:p w14:paraId="55F69C8C" w14:textId="1E7CB0E6" w:rsidR="00CA1B88" w:rsidRPr="00133D18" w:rsidRDefault="005411C0" w:rsidP="00CA1B88">
      <w:pPr>
        <w:pStyle w:val="ListeMaddemi"/>
        <w:numPr>
          <w:ilvl w:val="0"/>
          <w:numId w:val="0"/>
        </w:numPr>
        <w:ind w:left="360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Reorganization of Course Load and Schedule Planning</w:t>
      </w:r>
    </w:p>
    <w:p w14:paraId="44C570EF" w14:textId="67BBD08E" w:rsidR="00CA1B88" w:rsidRPr="00133D18" w:rsidRDefault="00CA1B88" w:rsidP="00CA1B88">
      <w:pPr>
        <w:pStyle w:val="NormalWeb"/>
        <w:numPr>
          <w:ilvl w:val="0"/>
          <w:numId w:val="16"/>
        </w:numPr>
      </w:pPr>
      <w:proofErr w:type="spellStart"/>
      <w:r w:rsidRPr="00133D18">
        <w:t>Increasing</w:t>
      </w:r>
      <w:proofErr w:type="spellEnd"/>
      <w:r w:rsidRPr="00133D18">
        <w:t xml:space="preserve"> </w:t>
      </w:r>
      <w:proofErr w:type="spellStart"/>
      <w:r w:rsidRPr="00133D18">
        <w:t>opportunities</w:t>
      </w:r>
      <w:proofErr w:type="spellEnd"/>
      <w:r w:rsidRPr="00133D18">
        <w:t xml:space="preserve"> </w:t>
      </w:r>
      <w:proofErr w:type="spellStart"/>
      <w:r w:rsidRPr="00133D18">
        <w:t>for</w:t>
      </w:r>
      <w:proofErr w:type="spellEnd"/>
      <w:r w:rsidRPr="00133D18">
        <w:t xml:space="preserve"> </w:t>
      </w:r>
      <w:proofErr w:type="spellStart"/>
      <w:r w:rsidRPr="00133D18">
        <w:t>practical</w:t>
      </w:r>
      <w:proofErr w:type="spellEnd"/>
      <w:r w:rsidRPr="00133D18">
        <w:t xml:space="preserve"> </w:t>
      </w:r>
      <w:proofErr w:type="spellStart"/>
      <w:r w:rsidRPr="00133D18">
        <w:t>training</w:t>
      </w:r>
      <w:proofErr w:type="spellEnd"/>
      <w:r w:rsidRPr="00133D18">
        <w:t xml:space="preserve">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simulation</w:t>
      </w:r>
      <w:proofErr w:type="spellEnd"/>
    </w:p>
    <w:p w14:paraId="658A6022" w14:textId="56BC62BD" w:rsidR="00CA1B88" w:rsidRPr="00133D18" w:rsidRDefault="00CA1B88" w:rsidP="00CA1B88">
      <w:pPr>
        <w:pStyle w:val="NormalWeb"/>
        <w:numPr>
          <w:ilvl w:val="0"/>
          <w:numId w:val="16"/>
        </w:numPr>
      </w:pPr>
      <w:proofErr w:type="spellStart"/>
      <w:r w:rsidRPr="00133D18">
        <w:t>Increasing</w:t>
      </w:r>
      <w:proofErr w:type="spellEnd"/>
      <w:r w:rsidRPr="00133D18">
        <w:t xml:space="preserve"> </w:t>
      </w:r>
      <w:proofErr w:type="spellStart"/>
      <w:r w:rsidRPr="00133D18">
        <w:t>case-based</w:t>
      </w:r>
      <w:proofErr w:type="spellEnd"/>
      <w:r w:rsidRPr="00133D18">
        <w:t xml:space="preserve"> </w:t>
      </w:r>
      <w:proofErr w:type="spellStart"/>
      <w:r w:rsidRPr="00133D18">
        <w:t>learning</w:t>
      </w:r>
      <w:proofErr w:type="spellEnd"/>
      <w:r w:rsidRPr="00133D18">
        <w:t xml:space="preserve"> </w:t>
      </w:r>
      <w:proofErr w:type="spellStart"/>
      <w:r w:rsidRPr="00133D18">
        <w:t>activities</w:t>
      </w:r>
      <w:proofErr w:type="spellEnd"/>
    </w:p>
    <w:p w14:paraId="0896D3FE" w14:textId="60FCD863" w:rsidR="00CA1B88" w:rsidRPr="00133D18" w:rsidRDefault="00CA1B88" w:rsidP="00CA1B88">
      <w:pPr>
        <w:pStyle w:val="NormalWeb"/>
        <w:numPr>
          <w:ilvl w:val="0"/>
          <w:numId w:val="16"/>
        </w:numPr>
      </w:pPr>
      <w:proofErr w:type="spellStart"/>
      <w:r w:rsidRPr="00133D18">
        <w:t>Making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distribution</w:t>
      </w:r>
      <w:proofErr w:type="spellEnd"/>
      <w:r w:rsidRPr="00133D18">
        <w:t xml:space="preserve"> of </w:t>
      </w:r>
      <w:proofErr w:type="spellStart"/>
      <w:r w:rsidRPr="00133D18">
        <w:t>learning</w:t>
      </w:r>
      <w:proofErr w:type="spellEnd"/>
      <w:r w:rsidRPr="00133D18">
        <w:t xml:space="preserve"> </w:t>
      </w:r>
      <w:proofErr w:type="spellStart"/>
      <w:r w:rsidRPr="00133D18">
        <w:t>outcomes</w:t>
      </w:r>
      <w:proofErr w:type="spellEnd"/>
      <w:r w:rsidRPr="00133D18">
        <w:t xml:space="preserve">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questions</w:t>
      </w:r>
      <w:proofErr w:type="spellEnd"/>
      <w:r w:rsidRPr="00133D18">
        <w:t xml:space="preserve"> </w:t>
      </w:r>
      <w:proofErr w:type="spellStart"/>
      <w:r w:rsidRPr="00133D18">
        <w:t>more</w:t>
      </w:r>
      <w:proofErr w:type="spellEnd"/>
      <w:r w:rsidRPr="00133D18">
        <w:t xml:space="preserve"> </w:t>
      </w:r>
      <w:proofErr w:type="spellStart"/>
      <w:r w:rsidRPr="00133D18">
        <w:t>visible</w:t>
      </w:r>
      <w:proofErr w:type="spellEnd"/>
      <w:r w:rsidRPr="00133D18">
        <w:t xml:space="preserve"> in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assessment</w:t>
      </w:r>
      <w:proofErr w:type="spellEnd"/>
      <w:r w:rsidRPr="00133D18">
        <w:t xml:space="preserve"> </w:t>
      </w:r>
      <w:proofErr w:type="spellStart"/>
      <w:r w:rsidRPr="00133D18">
        <w:t>process</w:t>
      </w:r>
      <w:proofErr w:type="spellEnd"/>
    </w:p>
    <w:p w14:paraId="0B96AFBA" w14:textId="3DB2410B" w:rsidR="00CA1B88" w:rsidRPr="00133D18" w:rsidRDefault="00CA1B88" w:rsidP="00CA1B88">
      <w:pPr>
        <w:pStyle w:val="NormalWeb"/>
        <w:numPr>
          <w:ilvl w:val="0"/>
          <w:numId w:val="16"/>
        </w:numPr>
      </w:pPr>
      <w:proofErr w:type="spellStart"/>
      <w:r w:rsidRPr="00133D18">
        <w:t>Strengthening</w:t>
      </w:r>
      <w:proofErr w:type="spellEnd"/>
      <w:r w:rsidRPr="00133D18">
        <w:t xml:space="preserve"> </w:t>
      </w:r>
      <w:proofErr w:type="spellStart"/>
      <w:r w:rsidRPr="00133D18">
        <w:t>practical</w:t>
      </w:r>
      <w:proofErr w:type="spellEnd"/>
      <w:r w:rsidRPr="00133D18">
        <w:t xml:space="preserve"> </w:t>
      </w:r>
      <w:proofErr w:type="spellStart"/>
      <w:r w:rsidRPr="00133D18">
        <w:t>training</w:t>
      </w:r>
      <w:proofErr w:type="spellEnd"/>
      <w:r w:rsidRPr="00133D18">
        <w:t xml:space="preserve"> </w:t>
      </w:r>
      <w:proofErr w:type="spellStart"/>
      <w:r w:rsidRPr="00133D18">
        <w:t>environments</w:t>
      </w:r>
      <w:proofErr w:type="spellEnd"/>
      <w:r w:rsidRPr="00133D18">
        <w:t xml:space="preserve"> </w:t>
      </w:r>
      <w:proofErr w:type="spellStart"/>
      <w:r w:rsidRPr="00133D18">
        <w:t>that</w:t>
      </w:r>
      <w:proofErr w:type="spellEnd"/>
      <w:r w:rsidRPr="00133D18">
        <w:t xml:space="preserve"> </w:t>
      </w:r>
      <w:proofErr w:type="spellStart"/>
      <w:r w:rsidRPr="00133D18">
        <w:t>reinforce</w:t>
      </w:r>
      <w:proofErr w:type="spellEnd"/>
      <w:r w:rsidRPr="00133D18">
        <w:t xml:space="preserve"> </w:t>
      </w:r>
      <w:proofErr w:type="spellStart"/>
      <w:r w:rsidRPr="00133D18">
        <w:t>students</w:t>
      </w:r>
      <w:proofErr w:type="spellEnd"/>
      <w:r w:rsidRPr="00133D18">
        <w:t xml:space="preserve">’ </w:t>
      </w:r>
      <w:proofErr w:type="spellStart"/>
      <w:r w:rsidRPr="00133D18">
        <w:t>clinical</w:t>
      </w:r>
      <w:proofErr w:type="spellEnd"/>
      <w:r w:rsidRPr="00133D18">
        <w:t xml:space="preserve">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psychosocial</w:t>
      </w:r>
      <w:proofErr w:type="spellEnd"/>
      <w:r w:rsidRPr="00133D18">
        <w:t xml:space="preserve"> </w:t>
      </w:r>
      <w:proofErr w:type="spellStart"/>
      <w:r w:rsidRPr="00133D18">
        <w:t>care</w:t>
      </w:r>
      <w:proofErr w:type="spellEnd"/>
      <w:r w:rsidRPr="00133D18">
        <w:t xml:space="preserve"> </w:t>
      </w:r>
      <w:proofErr w:type="spellStart"/>
      <w:r w:rsidRPr="00133D18">
        <w:t>skills</w:t>
      </w:r>
      <w:proofErr w:type="spellEnd"/>
    </w:p>
    <w:p w14:paraId="27C55BED" w14:textId="442E30CF" w:rsidR="000C7320" w:rsidRPr="00133D18" w:rsidRDefault="0025131A" w:rsidP="00CA1B88">
      <w:pPr>
        <w:pStyle w:val="NormalWeb"/>
      </w:pPr>
      <w:r w:rsidRPr="00133D18">
        <w:rPr>
          <w:b/>
        </w:rPr>
        <w:lastRenderedPageBreak/>
        <w:t xml:space="preserve">8. </w:t>
      </w:r>
      <w:r w:rsidR="00CA1B88" w:rsidRPr="00133D18">
        <w:rPr>
          <w:b/>
        </w:rPr>
        <w:t>IMPROVEMENT ACTIVITIES</w:t>
      </w:r>
    </w:p>
    <w:p w14:paraId="2DA00529" w14:textId="77777777" w:rsidR="00CA1B88" w:rsidRPr="00133D18" w:rsidRDefault="00CA1B88" w:rsidP="00CA1B88">
      <w:pPr>
        <w:pStyle w:val="ListeMaddemi"/>
        <w:numPr>
          <w:ilvl w:val="0"/>
          <w:numId w:val="0"/>
        </w:numPr>
        <w:ind w:left="360" w:hanging="360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The following areas for improvement have been planned as part of the course:</w:t>
      </w:r>
    </w:p>
    <w:p w14:paraId="6FFBBC1F" w14:textId="125D1DCF" w:rsidR="00CA1B88" w:rsidRPr="00133D18" w:rsidRDefault="00CA1B88" w:rsidP="00CA1B88">
      <w:pPr>
        <w:pStyle w:val="NormalWeb"/>
        <w:numPr>
          <w:ilvl w:val="0"/>
          <w:numId w:val="17"/>
        </w:numPr>
      </w:pPr>
      <w:proofErr w:type="spellStart"/>
      <w:r w:rsidRPr="00133D18">
        <w:t>Integrating</w:t>
      </w:r>
      <w:proofErr w:type="spellEnd"/>
      <w:r w:rsidRPr="00133D18">
        <w:t xml:space="preserve"> </w:t>
      </w:r>
      <w:proofErr w:type="spellStart"/>
      <w:r w:rsidRPr="00133D18">
        <w:t>case</w:t>
      </w:r>
      <w:proofErr w:type="spellEnd"/>
      <w:r w:rsidRPr="00133D18">
        <w:t xml:space="preserve"> </w:t>
      </w:r>
      <w:proofErr w:type="spellStart"/>
      <w:r w:rsidRPr="00133D18">
        <w:t>studies</w:t>
      </w:r>
      <w:proofErr w:type="spellEnd"/>
      <w:r w:rsidRPr="00133D18">
        <w:t xml:space="preserve"> </w:t>
      </w:r>
      <w:proofErr w:type="spellStart"/>
      <w:r w:rsidRPr="00133D18">
        <w:t>specific</w:t>
      </w:r>
      <w:proofErr w:type="spellEnd"/>
      <w:r w:rsidRPr="00133D18">
        <w:t xml:space="preserve"> </w:t>
      </w:r>
      <w:proofErr w:type="spellStart"/>
      <w:r w:rsidRPr="00133D18">
        <w:t>to</w:t>
      </w:r>
      <w:proofErr w:type="spellEnd"/>
      <w:r w:rsidRPr="00133D18">
        <w:t xml:space="preserve"> </w:t>
      </w:r>
      <w:proofErr w:type="spellStart"/>
      <w:r w:rsidRPr="00133D18">
        <w:t>mental</w:t>
      </w:r>
      <w:proofErr w:type="spellEnd"/>
      <w:r w:rsidRPr="00133D18">
        <w:t xml:space="preserve"> </w:t>
      </w:r>
      <w:proofErr w:type="spellStart"/>
      <w:r w:rsidRPr="00133D18">
        <w:t>health</w:t>
      </w:r>
      <w:proofErr w:type="spellEnd"/>
      <w:r w:rsidRPr="00133D18">
        <w:t xml:space="preserve"> </w:t>
      </w:r>
      <w:proofErr w:type="spellStart"/>
      <w:r w:rsidRPr="00133D18">
        <w:t>nursing</w:t>
      </w:r>
      <w:proofErr w:type="spellEnd"/>
      <w:r w:rsidRPr="00133D18">
        <w:t xml:space="preserve"> </w:t>
      </w:r>
      <w:proofErr w:type="spellStart"/>
      <w:r w:rsidRPr="00133D18">
        <w:t>into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weekly</w:t>
      </w:r>
      <w:proofErr w:type="spellEnd"/>
      <w:r w:rsidRPr="00133D18">
        <w:t xml:space="preserve"> </w:t>
      </w:r>
      <w:proofErr w:type="spellStart"/>
      <w:r w:rsidRPr="00133D18">
        <w:t>course</w:t>
      </w:r>
      <w:proofErr w:type="spellEnd"/>
      <w:r w:rsidRPr="00133D18">
        <w:t xml:space="preserve"> </w:t>
      </w:r>
      <w:proofErr w:type="spellStart"/>
      <w:r w:rsidRPr="00133D18">
        <w:t>schedule</w:t>
      </w:r>
      <w:proofErr w:type="spellEnd"/>
    </w:p>
    <w:p w14:paraId="276CD4FE" w14:textId="45E0D5DD" w:rsidR="00CA1B88" w:rsidRPr="00133D18" w:rsidRDefault="00CA1B88" w:rsidP="00CA1B88">
      <w:pPr>
        <w:pStyle w:val="NormalWeb"/>
        <w:numPr>
          <w:ilvl w:val="0"/>
          <w:numId w:val="17"/>
        </w:numPr>
      </w:pPr>
      <w:proofErr w:type="spellStart"/>
      <w:r w:rsidRPr="00133D18">
        <w:t>Increasing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use</w:t>
      </w:r>
      <w:proofErr w:type="spellEnd"/>
      <w:r w:rsidRPr="00133D18">
        <w:t xml:space="preserve"> of </w:t>
      </w:r>
      <w:proofErr w:type="spellStart"/>
      <w:r w:rsidRPr="00133D18">
        <w:t>simulations</w:t>
      </w:r>
      <w:proofErr w:type="spellEnd"/>
      <w:r w:rsidRPr="00133D18">
        <w:t>, role-</w:t>
      </w:r>
      <w:proofErr w:type="spellStart"/>
      <w:r w:rsidRPr="00133D18">
        <w:t>playing</w:t>
      </w:r>
      <w:proofErr w:type="spellEnd"/>
      <w:r w:rsidRPr="00133D18">
        <w:t xml:space="preserve">,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communication</w:t>
      </w:r>
      <w:proofErr w:type="spellEnd"/>
      <w:r w:rsidRPr="00133D18">
        <w:t xml:space="preserve"> </w:t>
      </w:r>
      <w:proofErr w:type="spellStart"/>
      <w:r w:rsidRPr="00133D18">
        <w:t>skills</w:t>
      </w:r>
      <w:proofErr w:type="spellEnd"/>
      <w:r w:rsidRPr="00133D18">
        <w:t xml:space="preserve"> </w:t>
      </w:r>
      <w:proofErr w:type="spellStart"/>
      <w:r w:rsidRPr="00133D18">
        <w:t>exercises</w:t>
      </w:r>
      <w:proofErr w:type="spellEnd"/>
    </w:p>
    <w:p w14:paraId="1533E520" w14:textId="27743411" w:rsidR="00CA1B88" w:rsidRPr="00133D18" w:rsidRDefault="00CA1B88" w:rsidP="00CA1B88">
      <w:pPr>
        <w:pStyle w:val="NormalWeb"/>
        <w:numPr>
          <w:ilvl w:val="0"/>
          <w:numId w:val="17"/>
        </w:numPr>
      </w:pPr>
      <w:proofErr w:type="spellStart"/>
      <w:r w:rsidRPr="00133D18">
        <w:t>Reviewing</w:t>
      </w:r>
      <w:proofErr w:type="spellEnd"/>
      <w:r w:rsidRPr="00133D18">
        <w:t xml:space="preserve"> </w:t>
      </w:r>
      <w:proofErr w:type="spellStart"/>
      <w:r w:rsidRPr="00133D18">
        <w:t>class</w:t>
      </w:r>
      <w:proofErr w:type="spellEnd"/>
      <w:r w:rsidRPr="00133D18">
        <w:t xml:space="preserve"> </w:t>
      </w:r>
      <w:proofErr w:type="spellStart"/>
      <w:r w:rsidRPr="00133D18">
        <w:t>durations</w:t>
      </w:r>
      <w:proofErr w:type="spellEnd"/>
      <w:r w:rsidRPr="00133D18">
        <w:t xml:space="preserve"> </w:t>
      </w:r>
      <w:proofErr w:type="spellStart"/>
      <w:r w:rsidRPr="00133D18">
        <w:t>and</w:t>
      </w:r>
      <w:proofErr w:type="spellEnd"/>
      <w:r w:rsidRPr="00133D18">
        <w:t xml:space="preserve"> </w:t>
      </w:r>
      <w:proofErr w:type="spellStart"/>
      <w:r w:rsidRPr="00133D18">
        <w:t>content</w:t>
      </w:r>
      <w:proofErr w:type="spellEnd"/>
      <w:r w:rsidRPr="00133D18">
        <w:t xml:space="preserve"> </w:t>
      </w:r>
      <w:proofErr w:type="spellStart"/>
      <w:r w:rsidRPr="00133D18">
        <w:t>density</w:t>
      </w:r>
      <w:proofErr w:type="spellEnd"/>
      <w:r w:rsidRPr="00133D18">
        <w:t xml:space="preserve"> </w:t>
      </w:r>
      <w:proofErr w:type="spellStart"/>
      <w:r w:rsidRPr="00133D18">
        <w:t>based</w:t>
      </w:r>
      <w:proofErr w:type="spellEnd"/>
      <w:r w:rsidRPr="00133D18">
        <w:t xml:space="preserve"> on </w:t>
      </w:r>
      <w:proofErr w:type="spellStart"/>
      <w:r w:rsidRPr="00133D18">
        <w:t>student</w:t>
      </w:r>
      <w:proofErr w:type="spellEnd"/>
      <w:r w:rsidRPr="00133D18">
        <w:t xml:space="preserve"> </w:t>
      </w:r>
      <w:proofErr w:type="spellStart"/>
      <w:r w:rsidRPr="00133D18">
        <w:t>feedback</w:t>
      </w:r>
      <w:proofErr w:type="spellEnd"/>
    </w:p>
    <w:p w14:paraId="02E9AFBB" w14:textId="1658C844" w:rsidR="00CA1B88" w:rsidRPr="00133D18" w:rsidRDefault="00CA1B88" w:rsidP="00CA1B88">
      <w:pPr>
        <w:pStyle w:val="NormalWeb"/>
        <w:numPr>
          <w:ilvl w:val="0"/>
          <w:numId w:val="17"/>
        </w:numPr>
      </w:pPr>
      <w:proofErr w:type="spellStart"/>
      <w:r w:rsidRPr="00133D18">
        <w:t>Strengthening</w:t>
      </w:r>
      <w:proofErr w:type="spellEnd"/>
      <w:r w:rsidRPr="00133D18">
        <w:t xml:space="preserve"> a </w:t>
      </w:r>
      <w:proofErr w:type="spellStart"/>
      <w:r w:rsidRPr="00133D18">
        <w:t>transparent</w:t>
      </w:r>
      <w:proofErr w:type="spellEnd"/>
      <w:r w:rsidRPr="00133D18">
        <w:t xml:space="preserve"> </w:t>
      </w:r>
      <w:proofErr w:type="spellStart"/>
      <w:r w:rsidRPr="00133D18">
        <w:t>feedback</w:t>
      </w:r>
      <w:proofErr w:type="spellEnd"/>
      <w:r w:rsidRPr="00133D18">
        <w:t xml:space="preserve"> </w:t>
      </w:r>
      <w:proofErr w:type="spellStart"/>
      <w:r w:rsidRPr="00133D18">
        <w:t>mechanism</w:t>
      </w:r>
      <w:proofErr w:type="spellEnd"/>
      <w:r w:rsidRPr="00133D18">
        <w:t xml:space="preserve"> </w:t>
      </w:r>
      <w:proofErr w:type="spellStart"/>
      <w:r w:rsidRPr="00133D18">
        <w:t>to</w:t>
      </w:r>
      <w:proofErr w:type="spellEnd"/>
      <w:r w:rsidRPr="00133D18">
        <w:t xml:space="preserve"> </w:t>
      </w:r>
      <w:proofErr w:type="spellStart"/>
      <w:r w:rsidRPr="00133D18">
        <w:t>align</w:t>
      </w:r>
      <w:proofErr w:type="spellEnd"/>
      <w:r w:rsidRPr="00133D18">
        <w:t xml:space="preserve"> </w:t>
      </w:r>
      <w:proofErr w:type="spellStart"/>
      <w:r w:rsidRPr="00133D18">
        <w:t>exam</w:t>
      </w:r>
      <w:proofErr w:type="spellEnd"/>
      <w:r w:rsidRPr="00133D18">
        <w:t xml:space="preserve"> </w:t>
      </w:r>
      <w:proofErr w:type="spellStart"/>
      <w:r w:rsidRPr="00133D18">
        <w:t>questions</w:t>
      </w:r>
      <w:proofErr w:type="spellEnd"/>
      <w:r w:rsidRPr="00133D18">
        <w:t xml:space="preserve"> </w:t>
      </w:r>
      <w:proofErr w:type="spellStart"/>
      <w:r w:rsidRPr="00133D18">
        <w:t>with</w:t>
      </w:r>
      <w:proofErr w:type="spellEnd"/>
      <w:r w:rsidRPr="00133D18">
        <w:t xml:space="preserve"> </w:t>
      </w:r>
      <w:proofErr w:type="spellStart"/>
      <w:r w:rsidRPr="00133D18">
        <w:t>learning</w:t>
      </w:r>
      <w:proofErr w:type="spellEnd"/>
      <w:r w:rsidRPr="00133D18">
        <w:t xml:space="preserve"> </w:t>
      </w:r>
      <w:proofErr w:type="spellStart"/>
      <w:r w:rsidRPr="00133D18">
        <w:t>outcomes</w:t>
      </w:r>
      <w:proofErr w:type="spellEnd"/>
    </w:p>
    <w:p w14:paraId="6458F1D6" w14:textId="05E561BB" w:rsidR="00CA1B88" w:rsidRPr="00133D18" w:rsidRDefault="00CA1B88" w:rsidP="00CA1B88">
      <w:pPr>
        <w:pStyle w:val="NormalWeb"/>
        <w:numPr>
          <w:ilvl w:val="0"/>
          <w:numId w:val="17"/>
        </w:numPr>
      </w:pPr>
      <w:r w:rsidRPr="00133D18">
        <w:t xml:space="preserve">Using </w:t>
      </w:r>
      <w:proofErr w:type="spellStart"/>
      <w:r w:rsidRPr="00133D18">
        <w:t>structured</w:t>
      </w:r>
      <w:proofErr w:type="spellEnd"/>
      <w:r w:rsidRPr="00133D18">
        <w:t xml:space="preserve"> </w:t>
      </w:r>
      <w:proofErr w:type="spellStart"/>
      <w:r w:rsidRPr="00133D18">
        <w:t>feedback</w:t>
      </w:r>
      <w:proofErr w:type="spellEnd"/>
      <w:r w:rsidRPr="00133D18">
        <w:t xml:space="preserve"> </w:t>
      </w:r>
      <w:proofErr w:type="spellStart"/>
      <w:r w:rsidRPr="00133D18">
        <w:t>forms</w:t>
      </w:r>
      <w:proofErr w:type="spellEnd"/>
      <w:r w:rsidRPr="00133D18">
        <w:t xml:space="preserve"> </w:t>
      </w:r>
      <w:proofErr w:type="spellStart"/>
      <w:r w:rsidRPr="00133D18">
        <w:t>following</w:t>
      </w:r>
      <w:proofErr w:type="spellEnd"/>
      <w:r w:rsidRPr="00133D18">
        <w:t xml:space="preserve"> </w:t>
      </w:r>
      <w:proofErr w:type="spellStart"/>
      <w:r w:rsidRPr="00133D18">
        <w:t>practical</w:t>
      </w:r>
      <w:proofErr w:type="spellEnd"/>
      <w:r w:rsidRPr="00133D18">
        <w:t xml:space="preserve"> </w:t>
      </w:r>
      <w:proofErr w:type="spellStart"/>
      <w:r w:rsidRPr="00133D18">
        <w:t>sessions</w:t>
      </w:r>
      <w:proofErr w:type="spellEnd"/>
    </w:p>
    <w:p w14:paraId="29B97567" w14:textId="15641998" w:rsidR="000C7320" w:rsidRPr="00133D18" w:rsidRDefault="0025131A" w:rsidP="00CA1B88">
      <w:pPr>
        <w:pStyle w:val="NormalWeb"/>
        <w:rPr>
          <w:b/>
        </w:rPr>
      </w:pPr>
      <w:r w:rsidRPr="00133D18">
        <w:rPr>
          <w:b/>
        </w:rPr>
        <w:t xml:space="preserve">9. </w:t>
      </w:r>
      <w:r w:rsidR="00CA1B88" w:rsidRPr="00133D18">
        <w:rPr>
          <w:b/>
        </w:rPr>
        <w:t>MONITORING AND EVALUATION</w:t>
      </w:r>
    </w:p>
    <w:p w14:paraId="2770BA83" w14:textId="77777777" w:rsidR="00CA1B88" w:rsidRPr="00133D18" w:rsidRDefault="00CA1B88" w:rsidP="00CA1B88">
      <w:pPr>
        <w:pStyle w:val="ListeMaddemi"/>
        <w:numPr>
          <w:ilvl w:val="0"/>
          <w:numId w:val="0"/>
        </w:numPr>
        <w:ind w:left="360" w:hanging="360"/>
        <w:rPr>
          <w:rFonts w:ascii="Times New Roman" w:hAnsi="Times New Roman" w:cs="Times New Roman"/>
        </w:rPr>
      </w:pPr>
      <w:r w:rsidRPr="00133D18">
        <w:rPr>
          <w:rFonts w:ascii="Times New Roman" w:hAnsi="Times New Roman" w:cs="Times New Roman"/>
        </w:rPr>
        <w:t>Improvement activities carried out:</w:t>
      </w:r>
    </w:p>
    <w:p w14:paraId="2071BA8B" w14:textId="173FCD96" w:rsidR="00CA1B88" w:rsidRPr="00133D18" w:rsidRDefault="00CA1B88" w:rsidP="00CA1B88">
      <w:pPr>
        <w:pStyle w:val="NormalWeb"/>
        <w:numPr>
          <w:ilvl w:val="0"/>
          <w:numId w:val="18"/>
        </w:numPr>
      </w:pPr>
      <w:proofErr w:type="spellStart"/>
      <w:r w:rsidRPr="00133D18">
        <w:t>Will</w:t>
      </w:r>
      <w:proofErr w:type="spellEnd"/>
      <w:r w:rsidRPr="00133D18">
        <w:t xml:space="preserve"> be </w:t>
      </w:r>
      <w:proofErr w:type="spellStart"/>
      <w:r w:rsidRPr="00133D18">
        <w:t>reassessed</w:t>
      </w:r>
      <w:proofErr w:type="spellEnd"/>
      <w:r w:rsidRPr="00133D18">
        <w:t xml:space="preserve"> in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next</w:t>
      </w:r>
      <w:proofErr w:type="spellEnd"/>
      <w:r w:rsidRPr="00133D18">
        <w:t xml:space="preserve"> </w:t>
      </w:r>
      <w:proofErr w:type="spellStart"/>
      <w:r w:rsidRPr="00133D18">
        <w:t>academic</w:t>
      </w:r>
      <w:proofErr w:type="spellEnd"/>
      <w:r w:rsidRPr="00133D18">
        <w:t xml:space="preserve"> </w:t>
      </w:r>
      <w:proofErr w:type="spellStart"/>
      <w:r w:rsidRPr="00133D18">
        <w:t>term</w:t>
      </w:r>
      <w:proofErr w:type="spellEnd"/>
    </w:p>
    <w:p w14:paraId="460E2523" w14:textId="00BEAB40" w:rsidR="00CA1B88" w:rsidRPr="00133D18" w:rsidRDefault="00CA1B88" w:rsidP="00CA1B88">
      <w:pPr>
        <w:pStyle w:val="NormalWeb"/>
        <w:numPr>
          <w:ilvl w:val="0"/>
          <w:numId w:val="18"/>
        </w:numPr>
      </w:pPr>
      <w:proofErr w:type="spellStart"/>
      <w:r w:rsidRPr="00133D18">
        <w:t>Will</w:t>
      </w:r>
      <w:proofErr w:type="spellEnd"/>
      <w:r w:rsidRPr="00133D18">
        <w:t xml:space="preserve"> be </w:t>
      </w:r>
      <w:proofErr w:type="spellStart"/>
      <w:r w:rsidRPr="00133D18">
        <w:t>monitored</w:t>
      </w:r>
      <w:proofErr w:type="spellEnd"/>
      <w:r w:rsidRPr="00133D18">
        <w:t xml:space="preserve"> </w:t>
      </w:r>
      <w:proofErr w:type="spellStart"/>
      <w:r w:rsidRPr="00133D18">
        <w:t>through</w:t>
      </w:r>
      <w:proofErr w:type="spellEnd"/>
      <w:r w:rsidRPr="00133D18">
        <w:t xml:space="preserve"> </w:t>
      </w:r>
      <w:proofErr w:type="spellStart"/>
      <w:r w:rsidRPr="00133D18">
        <w:t>student</w:t>
      </w:r>
      <w:proofErr w:type="spellEnd"/>
      <w:r w:rsidRPr="00133D18">
        <w:t xml:space="preserve"> </w:t>
      </w:r>
      <w:proofErr w:type="spellStart"/>
      <w:r w:rsidRPr="00133D18">
        <w:t>surveys</w:t>
      </w:r>
      <w:proofErr w:type="spellEnd"/>
    </w:p>
    <w:p w14:paraId="27B383DC" w14:textId="2E1A2E4D" w:rsidR="00CA1B88" w:rsidRPr="00133D18" w:rsidRDefault="00CA1B88" w:rsidP="00CA1B88">
      <w:pPr>
        <w:pStyle w:val="NormalWeb"/>
        <w:numPr>
          <w:ilvl w:val="0"/>
          <w:numId w:val="18"/>
        </w:numPr>
      </w:pPr>
      <w:r w:rsidRPr="00133D18">
        <w:t xml:space="preserve">Learning </w:t>
      </w:r>
      <w:proofErr w:type="spellStart"/>
      <w:r w:rsidRPr="00133D18">
        <w:t>outcomes</w:t>
      </w:r>
      <w:proofErr w:type="spellEnd"/>
      <w:r w:rsidRPr="00133D18">
        <w:t xml:space="preserve"> </w:t>
      </w:r>
      <w:proofErr w:type="spellStart"/>
      <w:r w:rsidRPr="00133D18">
        <w:t>will</w:t>
      </w:r>
      <w:proofErr w:type="spellEnd"/>
      <w:r w:rsidRPr="00133D18">
        <w:t xml:space="preserve"> be </w:t>
      </w:r>
      <w:proofErr w:type="spellStart"/>
      <w:r w:rsidRPr="00133D18">
        <w:t>analyzed</w:t>
      </w:r>
      <w:proofErr w:type="spellEnd"/>
      <w:r w:rsidRPr="00133D18">
        <w:t xml:space="preserve"> </w:t>
      </w:r>
      <w:proofErr w:type="spellStart"/>
      <w:r w:rsidRPr="00133D18">
        <w:t>comparatively</w:t>
      </w:r>
      <w:proofErr w:type="spellEnd"/>
    </w:p>
    <w:p w14:paraId="7F3571FD" w14:textId="77777777" w:rsidR="00CA1B88" w:rsidRPr="00133D18" w:rsidRDefault="00CA1B88" w:rsidP="00CA1B88">
      <w:pPr>
        <w:pStyle w:val="NormalWeb"/>
        <w:numPr>
          <w:ilvl w:val="0"/>
          <w:numId w:val="18"/>
        </w:numPr>
      </w:pPr>
      <w:proofErr w:type="spellStart"/>
      <w:r w:rsidRPr="00133D18">
        <w:t>Will</w:t>
      </w:r>
      <w:proofErr w:type="spellEnd"/>
      <w:r w:rsidRPr="00133D18">
        <w:t xml:space="preserve"> be </w:t>
      </w:r>
      <w:proofErr w:type="spellStart"/>
      <w:r w:rsidRPr="00133D18">
        <w:t>evaluated</w:t>
      </w:r>
      <w:proofErr w:type="spellEnd"/>
      <w:r w:rsidRPr="00133D18">
        <w:t xml:space="preserve"> </w:t>
      </w:r>
      <w:proofErr w:type="spellStart"/>
      <w:r w:rsidRPr="00133D18">
        <w:t>using</w:t>
      </w:r>
      <w:proofErr w:type="spellEnd"/>
      <w:r w:rsidRPr="00133D18">
        <w:t xml:space="preserve"> </w:t>
      </w:r>
      <w:proofErr w:type="spellStart"/>
      <w:r w:rsidRPr="00133D18">
        <w:t>practical</w:t>
      </w:r>
      <w:proofErr w:type="spellEnd"/>
      <w:r w:rsidRPr="00133D18">
        <w:t xml:space="preserve"> </w:t>
      </w:r>
      <w:proofErr w:type="spellStart"/>
      <w:r w:rsidRPr="00133D18">
        <w:t>application</w:t>
      </w:r>
      <w:proofErr w:type="spellEnd"/>
      <w:r w:rsidRPr="00133D18">
        <w:t>/</w:t>
      </w:r>
      <w:proofErr w:type="spellStart"/>
      <w:r w:rsidRPr="00133D18">
        <w:t>simulation</w:t>
      </w:r>
      <w:proofErr w:type="spellEnd"/>
      <w:r w:rsidRPr="00133D18">
        <w:t xml:space="preserve"> </w:t>
      </w:r>
      <w:proofErr w:type="spellStart"/>
      <w:r w:rsidRPr="00133D18">
        <w:t>performance</w:t>
      </w:r>
      <w:proofErr w:type="spellEnd"/>
      <w:r w:rsidRPr="00133D18">
        <w:t xml:space="preserve"> </w:t>
      </w:r>
      <w:proofErr w:type="spellStart"/>
      <w:r w:rsidRPr="00133D18">
        <w:t>indicators</w:t>
      </w:r>
      <w:proofErr w:type="spellEnd"/>
    </w:p>
    <w:p w14:paraId="012E8327" w14:textId="7801FC35" w:rsidR="00CA1B88" w:rsidRPr="00133D18" w:rsidRDefault="00CA1B88" w:rsidP="00CA1B88">
      <w:pPr>
        <w:pStyle w:val="NormalWeb"/>
        <w:ind w:left="360"/>
      </w:pPr>
      <w:proofErr w:type="spellStart"/>
      <w:r w:rsidRPr="00133D18">
        <w:t>In</w:t>
      </w:r>
      <w:proofErr w:type="spellEnd"/>
      <w:r w:rsidRPr="00133D18">
        <w:t xml:space="preserve"> </w:t>
      </w:r>
      <w:proofErr w:type="spellStart"/>
      <w:r w:rsidRPr="00133D18">
        <w:t>addition</w:t>
      </w:r>
      <w:proofErr w:type="spellEnd"/>
      <w:r w:rsidRPr="00133D18">
        <w:t xml:space="preserve">,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impact</w:t>
      </w:r>
      <w:proofErr w:type="spellEnd"/>
      <w:r w:rsidRPr="00133D18">
        <w:t xml:space="preserve"> of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improvement</w:t>
      </w:r>
      <w:proofErr w:type="spellEnd"/>
      <w:r w:rsidRPr="00133D18">
        <w:t xml:space="preserve"> </w:t>
      </w:r>
      <w:proofErr w:type="spellStart"/>
      <w:r w:rsidRPr="00133D18">
        <w:t>cycle</w:t>
      </w:r>
      <w:proofErr w:type="spellEnd"/>
      <w:r w:rsidRPr="00133D18">
        <w:t xml:space="preserve"> </w:t>
      </w:r>
      <w:proofErr w:type="spellStart"/>
      <w:r w:rsidRPr="00133D18">
        <w:t>will</w:t>
      </w:r>
      <w:proofErr w:type="spellEnd"/>
      <w:r w:rsidRPr="00133D18">
        <w:t xml:space="preserve"> be </w:t>
      </w:r>
      <w:proofErr w:type="spellStart"/>
      <w:r w:rsidRPr="00133D18">
        <w:t>reassessed</w:t>
      </w:r>
      <w:proofErr w:type="spellEnd"/>
      <w:r w:rsidRPr="00133D18">
        <w:t xml:space="preserve"> </w:t>
      </w:r>
      <w:proofErr w:type="spellStart"/>
      <w:r w:rsidRPr="00133D18">
        <w:t>during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2026–2027 </w:t>
      </w:r>
      <w:proofErr w:type="spellStart"/>
      <w:r w:rsidRPr="00133D18">
        <w:t>academic</w:t>
      </w:r>
      <w:proofErr w:type="spellEnd"/>
      <w:r w:rsidRPr="00133D18">
        <w:t xml:space="preserve"> </w:t>
      </w:r>
      <w:proofErr w:type="spellStart"/>
      <w:r w:rsidRPr="00133D18">
        <w:t>year</w:t>
      </w:r>
      <w:proofErr w:type="spellEnd"/>
      <w:r w:rsidRPr="00133D18">
        <w:t xml:space="preserve">, </w:t>
      </w:r>
      <w:proofErr w:type="spellStart"/>
      <w:r w:rsidRPr="00133D18">
        <w:t>thereby</w:t>
      </w:r>
      <w:proofErr w:type="spellEnd"/>
      <w:r w:rsidRPr="00133D18">
        <w:t xml:space="preserve"> </w:t>
      </w:r>
      <w:proofErr w:type="spellStart"/>
      <w:r w:rsidRPr="00133D18">
        <w:t>sustaining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continuous</w:t>
      </w:r>
      <w:proofErr w:type="spellEnd"/>
      <w:r w:rsidRPr="00133D18">
        <w:t xml:space="preserve"> </w:t>
      </w:r>
      <w:proofErr w:type="spellStart"/>
      <w:r w:rsidRPr="00133D18">
        <w:t>quality</w:t>
      </w:r>
      <w:proofErr w:type="spellEnd"/>
      <w:r w:rsidRPr="00133D18">
        <w:t xml:space="preserve"> </w:t>
      </w:r>
      <w:proofErr w:type="spellStart"/>
      <w:r w:rsidRPr="00133D18">
        <w:t>improvement</w:t>
      </w:r>
      <w:proofErr w:type="spellEnd"/>
      <w:r w:rsidRPr="00133D18">
        <w:t xml:space="preserve"> </w:t>
      </w:r>
      <w:proofErr w:type="spellStart"/>
      <w:r w:rsidRPr="00133D18">
        <w:t>process</w:t>
      </w:r>
      <w:proofErr w:type="spellEnd"/>
      <w:r w:rsidRPr="00133D18">
        <w:t>.</w:t>
      </w:r>
    </w:p>
    <w:p w14:paraId="160B8CBD" w14:textId="3F12EF6A" w:rsidR="000C7320" w:rsidRPr="00133D18" w:rsidRDefault="0025131A" w:rsidP="00CA1B88">
      <w:pPr>
        <w:pStyle w:val="NormalWeb"/>
      </w:pPr>
      <w:r w:rsidRPr="00133D18">
        <w:rPr>
          <w:b/>
        </w:rPr>
        <w:t xml:space="preserve">10. </w:t>
      </w:r>
      <w:r w:rsidR="00CA1B88" w:rsidRPr="00133D18">
        <w:rPr>
          <w:b/>
        </w:rPr>
        <w:t>CONCLUSION</w:t>
      </w:r>
    </w:p>
    <w:p w14:paraId="01EBA075" w14:textId="0057C6C2" w:rsidR="00CA1B88" w:rsidRPr="00133D18" w:rsidRDefault="00CA1B88" w:rsidP="00CA1B88">
      <w:pPr>
        <w:pStyle w:val="NormalWeb"/>
      </w:pPr>
      <w:proofErr w:type="spellStart"/>
      <w:r w:rsidRPr="00133D18">
        <w:t>The</w:t>
      </w:r>
      <w:proofErr w:type="spellEnd"/>
      <w:r w:rsidRPr="00133D18">
        <w:t xml:space="preserve"> HEM 401 </w:t>
      </w:r>
      <w:proofErr w:type="spellStart"/>
      <w:r w:rsidRPr="00133D18">
        <w:t>Mental</w:t>
      </w:r>
      <w:proofErr w:type="spellEnd"/>
      <w:r w:rsidRPr="00133D18">
        <w:t xml:space="preserve"> </w:t>
      </w:r>
      <w:proofErr w:type="spellStart"/>
      <w:r w:rsidRPr="00133D18">
        <w:t>Health</w:t>
      </w:r>
      <w:proofErr w:type="spellEnd"/>
      <w:r w:rsidRPr="00133D18">
        <w:t xml:space="preserve"> </w:t>
      </w:r>
      <w:proofErr w:type="spellStart"/>
      <w:r w:rsidRPr="00133D18">
        <w:t>Nursing</w:t>
      </w:r>
      <w:proofErr w:type="spellEnd"/>
      <w:r w:rsidRPr="00133D18">
        <w:t xml:space="preserve"> </w:t>
      </w:r>
      <w:proofErr w:type="spellStart"/>
      <w:r w:rsidRPr="00133D18">
        <w:t>course</w:t>
      </w:r>
      <w:proofErr w:type="spellEnd"/>
      <w:r w:rsidRPr="00133D18">
        <w:t xml:space="preserve"> </w:t>
      </w:r>
      <w:proofErr w:type="spellStart"/>
      <w:r w:rsidRPr="00133D18">
        <w:t>was</w:t>
      </w:r>
      <w:proofErr w:type="spellEnd"/>
      <w:r w:rsidRPr="00133D18">
        <w:t xml:space="preserve"> </w:t>
      </w:r>
      <w:proofErr w:type="spellStart"/>
      <w:r w:rsidRPr="00133D18">
        <w:t>successfully</w:t>
      </w:r>
      <w:proofErr w:type="spellEnd"/>
      <w:r w:rsidRPr="00133D18">
        <w:t xml:space="preserve"> </w:t>
      </w:r>
      <w:proofErr w:type="spellStart"/>
      <w:r w:rsidRPr="00133D18">
        <w:t>conducted</w:t>
      </w:r>
      <w:proofErr w:type="spellEnd"/>
      <w:r w:rsidRPr="00133D18">
        <w:t xml:space="preserve">, </w:t>
      </w:r>
      <w:proofErr w:type="spellStart"/>
      <w:r w:rsidRPr="00133D18">
        <w:t>achieving</w:t>
      </w:r>
      <w:proofErr w:type="spellEnd"/>
      <w:r w:rsidRPr="00133D18">
        <w:t xml:space="preserve"> </w:t>
      </w:r>
      <w:proofErr w:type="spellStart"/>
      <w:r w:rsidRPr="00133D18">
        <w:t>high</w:t>
      </w:r>
      <w:proofErr w:type="spellEnd"/>
      <w:r w:rsidRPr="00133D18">
        <w:t xml:space="preserve"> </w:t>
      </w:r>
      <w:proofErr w:type="spellStart"/>
      <w:r w:rsidRPr="00133D18">
        <w:t>student</w:t>
      </w:r>
      <w:proofErr w:type="spellEnd"/>
      <w:r w:rsidRPr="00133D18">
        <w:t xml:space="preserve"> </w:t>
      </w:r>
      <w:proofErr w:type="spellStart"/>
      <w:r w:rsidRPr="00133D18">
        <w:t>satisfaction</w:t>
      </w:r>
      <w:proofErr w:type="spellEnd"/>
      <w:r w:rsidRPr="00133D18">
        <w:t xml:space="preserve">, </w:t>
      </w:r>
      <w:proofErr w:type="spellStart"/>
      <w:r w:rsidRPr="00133D18">
        <w:t>strong</w:t>
      </w:r>
      <w:proofErr w:type="spellEnd"/>
      <w:r w:rsidRPr="00133D18">
        <w:t xml:space="preserve"> </w:t>
      </w:r>
      <w:proofErr w:type="spellStart"/>
      <w:r w:rsidRPr="00133D18">
        <w:t>learning</w:t>
      </w:r>
      <w:proofErr w:type="spellEnd"/>
      <w:r w:rsidRPr="00133D18">
        <w:t xml:space="preserve"> </w:t>
      </w:r>
      <w:proofErr w:type="spellStart"/>
      <w:r w:rsidRPr="00133D18">
        <w:t>outcomes</w:t>
      </w:r>
      <w:proofErr w:type="spellEnd"/>
      <w:r w:rsidRPr="00133D18">
        <w:t xml:space="preserve">, </w:t>
      </w:r>
      <w:proofErr w:type="spellStart"/>
      <w:r w:rsidRPr="00133D18">
        <w:t>and</w:t>
      </w:r>
      <w:proofErr w:type="spellEnd"/>
      <w:r w:rsidRPr="00133D18">
        <w:t xml:space="preserve"> an </w:t>
      </w:r>
      <w:proofErr w:type="spellStart"/>
      <w:r w:rsidRPr="00133D18">
        <w:t>effective</w:t>
      </w:r>
      <w:proofErr w:type="spellEnd"/>
      <w:r w:rsidRPr="00133D18">
        <w:t xml:space="preserve"> </w:t>
      </w:r>
      <w:proofErr w:type="spellStart"/>
      <w:r w:rsidRPr="00133D18">
        <w:t>teaching</w:t>
      </w:r>
      <w:proofErr w:type="spellEnd"/>
      <w:r w:rsidRPr="00133D18">
        <w:t xml:space="preserve"> </w:t>
      </w:r>
      <w:proofErr w:type="spellStart"/>
      <w:r w:rsidRPr="00133D18">
        <w:t>process</w:t>
      </w:r>
      <w:proofErr w:type="spellEnd"/>
      <w:r w:rsidRPr="00133D18">
        <w:t xml:space="preserve">.   </w:t>
      </w:r>
      <w:proofErr w:type="spellStart"/>
      <w:r w:rsidRPr="00133D18">
        <w:t>In</w:t>
      </w:r>
      <w:proofErr w:type="spellEnd"/>
      <w:r w:rsidRPr="00133D18">
        <w:t xml:space="preserve"> </w:t>
      </w:r>
      <w:proofErr w:type="spellStart"/>
      <w:r w:rsidRPr="00133D18">
        <w:t>line</w:t>
      </w:r>
      <w:proofErr w:type="spellEnd"/>
      <w:r w:rsidRPr="00133D18">
        <w:t xml:space="preserve"> </w:t>
      </w:r>
      <w:proofErr w:type="spellStart"/>
      <w:r w:rsidRPr="00133D18">
        <w:t>with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continuous</w:t>
      </w:r>
      <w:proofErr w:type="spellEnd"/>
      <w:r w:rsidRPr="00133D18">
        <w:t xml:space="preserve"> </w:t>
      </w:r>
      <w:proofErr w:type="spellStart"/>
      <w:r w:rsidRPr="00133D18">
        <w:t>improvement</w:t>
      </w:r>
      <w:proofErr w:type="spellEnd"/>
      <w:r w:rsidRPr="00133D18">
        <w:t xml:space="preserve"> </w:t>
      </w:r>
      <w:proofErr w:type="spellStart"/>
      <w:r w:rsidRPr="00133D18">
        <w:t>approach</w:t>
      </w:r>
      <w:proofErr w:type="spellEnd"/>
      <w:r w:rsidRPr="00133D18">
        <w:t xml:space="preserve">, </w:t>
      </w:r>
      <w:proofErr w:type="spellStart"/>
      <w:r w:rsidRPr="00133D18">
        <w:t>efforts</w:t>
      </w:r>
      <w:proofErr w:type="spellEnd"/>
      <w:r w:rsidRPr="00133D18">
        <w:t xml:space="preserve"> </w:t>
      </w:r>
      <w:proofErr w:type="spellStart"/>
      <w:r w:rsidRPr="00133D18">
        <w:t>to</w:t>
      </w:r>
      <w:proofErr w:type="spellEnd"/>
      <w:r w:rsidRPr="00133D18">
        <w:t xml:space="preserve"> </w:t>
      </w:r>
      <w:proofErr w:type="spellStart"/>
      <w:r w:rsidRPr="00133D18">
        <w:t>develop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course</w:t>
      </w:r>
      <w:proofErr w:type="spellEnd"/>
      <w:r w:rsidRPr="00133D18">
        <w:t xml:space="preserve"> </w:t>
      </w:r>
      <w:proofErr w:type="spellStart"/>
      <w:r w:rsidRPr="00133D18">
        <w:t>within</w:t>
      </w:r>
      <w:proofErr w:type="spellEnd"/>
      <w:r w:rsidRPr="00133D18">
        <w:t xml:space="preserve"> </w:t>
      </w:r>
      <w:proofErr w:type="spellStart"/>
      <w:r w:rsidRPr="00133D18">
        <w:t>the</w:t>
      </w:r>
      <w:proofErr w:type="spellEnd"/>
      <w:r w:rsidRPr="00133D18">
        <w:t xml:space="preserve"> </w:t>
      </w:r>
      <w:proofErr w:type="spellStart"/>
      <w:r w:rsidRPr="00133D18">
        <w:t>quality</w:t>
      </w:r>
      <w:proofErr w:type="spellEnd"/>
      <w:r w:rsidRPr="00133D18">
        <w:t xml:space="preserve"> </w:t>
      </w:r>
      <w:proofErr w:type="spellStart"/>
      <w:r w:rsidRPr="00133D18">
        <w:t>assurance</w:t>
      </w:r>
      <w:proofErr w:type="spellEnd"/>
      <w:r w:rsidRPr="00133D18">
        <w:t xml:space="preserve"> </w:t>
      </w:r>
      <w:proofErr w:type="spellStart"/>
      <w:r w:rsidRPr="00133D18">
        <w:t>system</w:t>
      </w:r>
      <w:proofErr w:type="spellEnd"/>
      <w:r w:rsidRPr="00133D18">
        <w:t xml:space="preserve"> </w:t>
      </w:r>
      <w:proofErr w:type="spellStart"/>
      <w:r w:rsidRPr="00133D18">
        <w:t>are</w:t>
      </w:r>
      <w:proofErr w:type="spellEnd"/>
      <w:r w:rsidRPr="00133D18">
        <w:t xml:space="preserve"> </w:t>
      </w:r>
      <w:proofErr w:type="spellStart"/>
      <w:r w:rsidRPr="00133D18">
        <w:t>ongoing</w:t>
      </w:r>
      <w:proofErr w:type="spellEnd"/>
      <w:r w:rsidRPr="00133D18">
        <w:t>.</w:t>
      </w:r>
    </w:p>
    <w:p w14:paraId="447BB4DA" w14:textId="4190D8BF" w:rsidR="000C7320" w:rsidRPr="00133D18" w:rsidRDefault="0025131A" w:rsidP="00CA1B88">
      <w:pPr>
        <w:pStyle w:val="NormalWeb"/>
      </w:pPr>
      <w:r w:rsidRPr="00133D18">
        <w:rPr>
          <w:b/>
        </w:rPr>
        <w:t xml:space="preserve">11. </w:t>
      </w:r>
      <w:r w:rsidR="00CA1B88" w:rsidRPr="00133D18">
        <w:rPr>
          <w:b/>
        </w:rPr>
        <w:t>EVIDENCE</w:t>
      </w:r>
    </w:p>
    <w:p w14:paraId="4E1A631E" w14:textId="06D7B23F" w:rsidR="00CA1B88" w:rsidRPr="00133D18" w:rsidRDefault="00CA1B88" w:rsidP="00CA1B88">
      <w:pPr>
        <w:pStyle w:val="NormalWeb"/>
        <w:numPr>
          <w:ilvl w:val="0"/>
          <w:numId w:val="20"/>
        </w:numPr>
      </w:pPr>
      <w:r w:rsidRPr="00133D18">
        <w:t xml:space="preserve">Course Evaluation </w:t>
      </w:r>
      <w:proofErr w:type="spellStart"/>
      <w:r w:rsidRPr="00133D18">
        <w:t>Survey</w:t>
      </w:r>
      <w:proofErr w:type="spellEnd"/>
      <w:r w:rsidRPr="00133D18">
        <w:t xml:space="preserve"> Form</w:t>
      </w:r>
    </w:p>
    <w:p w14:paraId="65596265" w14:textId="401113B6" w:rsidR="00CA1B88" w:rsidRPr="00133D18" w:rsidRDefault="00CA1B88" w:rsidP="00CA1B88">
      <w:pPr>
        <w:pStyle w:val="NormalWeb"/>
        <w:numPr>
          <w:ilvl w:val="0"/>
          <w:numId w:val="20"/>
        </w:numPr>
      </w:pPr>
      <w:r w:rsidRPr="00133D18">
        <w:t xml:space="preserve">Learning </w:t>
      </w:r>
      <w:proofErr w:type="spellStart"/>
      <w:r w:rsidRPr="00133D18">
        <w:t>Outcomes</w:t>
      </w:r>
      <w:proofErr w:type="spellEnd"/>
      <w:r w:rsidRPr="00133D18">
        <w:t xml:space="preserve"> Evaluation Form</w:t>
      </w:r>
    </w:p>
    <w:p w14:paraId="31209722" w14:textId="6A2E06E1" w:rsidR="00CA1B88" w:rsidRPr="00133D18" w:rsidRDefault="00CA1B88" w:rsidP="00CA1B88">
      <w:pPr>
        <w:pStyle w:val="NormalWeb"/>
        <w:numPr>
          <w:ilvl w:val="0"/>
          <w:numId w:val="20"/>
        </w:numPr>
      </w:pPr>
      <w:r w:rsidRPr="00133D18">
        <w:t xml:space="preserve">Statistical </w:t>
      </w:r>
      <w:proofErr w:type="spellStart"/>
      <w:r w:rsidRPr="00133D18">
        <w:t>analysis</w:t>
      </w:r>
      <w:proofErr w:type="spellEnd"/>
      <w:r w:rsidRPr="00133D18">
        <w:t xml:space="preserve"> </w:t>
      </w:r>
      <w:proofErr w:type="spellStart"/>
      <w:r w:rsidRPr="00133D18">
        <w:t>results</w:t>
      </w:r>
      <w:proofErr w:type="spellEnd"/>
    </w:p>
    <w:p w14:paraId="4A52B00B" w14:textId="02CAD6CF" w:rsidR="00CA1B88" w:rsidRPr="00133D18" w:rsidRDefault="00CA1B88" w:rsidP="00CA1B88">
      <w:pPr>
        <w:pStyle w:val="NormalWeb"/>
        <w:numPr>
          <w:ilvl w:val="0"/>
          <w:numId w:val="20"/>
        </w:numPr>
      </w:pPr>
      <w:proofErr w:type="spellStart"/>
      <w:r w:rsidRPr="00133D18">
        <w:t>Improvement</w:t>
      </w:r>
      <w:proofErr w:type="spellEnd"/>
      <w:r w:rsidRPr="00133D18">
        <w:t xml:space="preserve"> </w:t>
      </w:r>
      <w:proofErr w:type="spellStart"/>
      <w:r w:rsidRPr="00133D18">
        <w:t>action</w:t>
      </w:r>
      <w:proofErr w:type="spellEnd"/>
      <w:r w:rsidRPr="00133D18">
        <w:t xml:space="preserve"> plan </w:t>
      </w:r>
      <w:proofErr w:type="spellStart"/>
      <w:r w:rsidRPr="00133D18">
        <w:t>document</w:t>
      </w:r>
      <w:proofErr w:type="spellEnd"/>
    </w:p>
    <w:p w14:paraId="388E88B9" w14:textId="64849A25" w:rsidR="000C7320" w:rsidRPr="00133D18" w:rsidRDefault="000C7320" w:rsidP="00CA1B88">
      <w:pPr>
        <w:pStyle w:val="ListeMaddemi"/>
        <w:numPr>
          <w:ilvl w:val="0"/>
          <w:numId w:val="0"/>
        </w:numPr>
        <w:spacing w:after="20" w:line="252" w:lineRule="auto"/>
        <w:rPr>
          <w:rFonts w:ascii="Times New Roman" w:hAnsi="Times New Roman" w:cs="Times New Roman"/>
          <w:sz w:val="24"/>
          <w:szCs w:val="24"/>
        </w:rPr>
      </w:pPr>
    </w:p>
    <w:sectPr w:rsidR="000C7320" w:rsidRPr="00133D18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3B09FC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4C48CD"/>
    <w:multiLevelType w:val="hybridMultilevel"/>
    <w:tmpl w:val="67F8089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4D4704"/>
    <w:multiLevelType w:val="hybridMultilevel"/>
    <w:tmpl w:val="52AC18B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9F1325"/>
    <w:multiLevelType w:val="hybridMultilevel"/>
    <w:tmpl w:val="3E6643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704B3D"/>
    <w:multiLevelType w:val="hybridMultilevel"/>
    <w:tmpl w:val="5BBA6E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900678"/>
    <w:multiLevelType w:val="hybridMultilevel"/>
    <w:tmpl w:val="BBE49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551B64"/>
    <w:multiLevelType w:val="hybridMultilevel"/>
    <w:tmpl w:val="06B259A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845560"/>
    <w:multiLevelType w:val="hybridMultilevel"/>
    <w:tmpl w:val="37BA51E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50E2562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B30706"/>
    <w:multiLevelType w:val="hybridMultilevel"/>
    <w:tmpl w:val="678001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4189E"/>
    <w:multiLevelType w:val="hybridMultilevel"/>
    <w:tmpl w:val="5394E0B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85E2A0B"/>
    <w:multiLevelType w:val="hybridMultilevel"/>
    <w:tmpl w:val="915279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574875"/>
    <w:multiLevelType w:val="hybridMultilevel"/>
    <w:tmpl w:val="2496F17A"/>
    <w:lvl w:ilvl="0" w:tplc="A5C4FF2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221696">
    <w:abstractNumId w:val="8"/>
  </w:num>
  <w:num w:numId="2" w16cid:durableId="440075018">
    <w:abstractNumId w:val="6"/>
  </w:num>
  <w:num w:numId="3" w16cid:durableId="467748341">
    <w:abstractNumId w:val="5"/>
  </w:num>
  <w:num w:numId="4" w16cid:durableId="1805582835">
    <w:abstractNumId w:val="4"/>
  </w:num>
  <w:num w:numId="5" w16cid:durableId="404108365">
    <w:abstractNumId w:val="7"/>
  </w:num>
  <w:num w:numId="6" w16cid:durableId="2064282862">
    <w:abstractNumId w:val="3"/>
  </w:num>
  <w:num w:numId="7" w16cid:durableId="1200505679">
    <w:abstractNumId w:val="2"/>
  </w:num>
  <w:num w:numId="8" w16cid:durableId="1321468367">
    <w:abstractNumId w:val="1"/>
  </w:num>
  <w:num w:numId="9" w16cid:durableId="1559903124">
    <w:abstractNumId w:val="0"/>
  </w:num>
  <w:num w:numId="10" w16cid:durableId="1662004584">
    <w:abstractNumId w:val="16"/>
  </w:num>
  <w:num w:numId="11" w16cid:durableId="163937967">
    <w:abstractNumId w:val="13"/>
  </w:num>
  <w:num w:numId="12" w16cid:durableId="971641004">
    <w:abstractNumId w:val="19"/>
  </w:num>
  <w:num w:numId="13" w16cid:durableId="224728382">
    <w:abstractNumId w:val="18"/>
  </w:num>
  <w:num w:numId="14" w16cid:durableId="543568205">
    <w:abstractNumId w:val="15"/>
  </w:num>
  <w:num w:numId="15" w16cid:durableId="1905024333">
    <w:abstractNumId w:val="14"/>
  </w:num>
  <w:num w:numId="16" w16cid:durableId="316962007">
    <w:abstractNumId w:val="17"/>
  </w:num>
  <w:num w:numId="17" w16cid:durableId="1372804496">
    <w:abstractNumId w:val="10"/>
  </w:num>
  <w:num w:numId="18" w16cid:durableId="1346590206">
    <w:abstractNumId w:val="9"/>
  </w:num>
  <w:num w:numId="19" w16cid:durableId="851265195">
    <w:abstractNumId w:val="12"/>
  </w:num>
  <w:num w:numId="20" w16cid:durableId="16030278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7320"/>
    <w:rsid w:val="00133D18"/>
    <w:rsid w:val="0015074B"/>
    <w:rsid w:val="0025131A"/>
    <w:rsid w:val="00264D08"/>
    <w:rsid w:val="0029639D"/>
    <w:rsid w:val="00326F90"/>
    <w:rsid w:val="00355BAF"/>
    <w:rsid w:val="00481757"/>
    <w:rsid w:val="005411C0"/>
    <w:rsid w:val="0072710B"/>
    <w:rsid w:val="0075129C"/>
    <w:rsid w:val="008D1AC6"/>
    <w:rsid w:val="00AA1D8D"/>
    <w:rsid w:val="00B47730"/>
    <w:rsid w:val="00C82D35"/>
    <w:rsid w:val="00CA1B88"/>
    <w:rsid w:val="00CB0664"/>
    <w:rsid w:val="00F155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56CAE9"/>
  <w14:defaultImageDpi w14:val="330"/>
  <w15:docId w15:val="{96741F92-E582-4BEA-805B-CEE366B20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751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DF5839-45F3-4ECE-A239-B255E72AD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950</Words>
  <Characters>5420</Characters>
  <Application>Microsoft Office Word</Application>
  <DocSecurity>0</DocSecurity>
  <Lines>45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ezgi bağrıaçık</cp:lastModifiedBy>
  <cp:revision>10</cp:revision>
  <dcterms:created xsi:type="dcterms:W3CDTF">2013-12-23T23:15:00Z</dcterms:created>
  <dcterms:modified xsi:type="dcterms:W3CDTF">2026-07-27T12:13:00Z</dcterms:modified>
  <cp:category/>
</cp:coreProperties>
</file>